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577B5A" w14:textId="415EFD71" w:rsidR="00777571" w:rsidRPr="00D03C39" w:rsidRDefault="00000000" w:rsidP="005F5253">
      <w:pPr>
        <w:pStyle w:val="aa"/>
        <w:rPr>
          <w:lang w:val="ru-RU"/>
        </w:rPr>
      </w:pPr>
      <w:r w:rsidRPr="00D03C39">
        <w:rPr>
          <w:lang w:val="ru-RU"/>
        </w:rPr>
        <w:t>Согласие на фото- и видеосъёмку и использование изображения</w:t>
      </w:r>
    </w:p>
    <w:p w14:paraId="1B997E29" w14:textId="13DF62B6" w:rsidR="00C65692" w:rsidRPr="00C65692" w:rsidRDefault="00C65692">
      <w:pPr>
        <w:pStyle w:val="1"/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</w:pPr>
      <w:r w:rsidRPr="00F751C9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t>Редакция согласия от 10 августа 2026 года</w:t>
      </w:r>
      <w:r w:rsidRPr="00F751C9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br/>
        <w:t>Версия 1.0</w:t>
      </w:r>
    </w:p>
    <w:p w14:paraId="5D240C0D" w14:textId="46F40CBD" w:rsidR="00777571" w:rsidRPr="00D03C39" w:rsidRDefault="00000000">
      <w:pPr>
        <w:pStyle w:val="1"/>
        <w:rPr>
          <w:lang w:val="ru-RU"/>
        </w:rPr>
      </w:pPr>
      <w:r w:rsidRPr="00D03C39">
        <w:rPr>
          <w:lang w:val="ru-RU"/>
        </w:rPr>
        <w:t>Текст согласия</w:t>
      </w:r>
    </w:p>
    <w:p w14:paraId="4AEF3F31" w14:textId="79741C8A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 xml:space="preserve">Я, совершеннолетний участник </w:t>
      </w:r>
      <w:r>
        <w:t>XIII</w:t>
      </w:r>
      <w:r w:rsidRPr="00D03C39">
        <w:rPr>
          <w:lang w:val="ru-RU"/>
        </w:rPr>
        <w:t xml:space="preserve"> </w:t>
      </w:r>
      <w:r w:rsidRPr="005F5253">
        <w:rPr>
          <w:lang w:val="ru-RU"/>
        </w:rPr>
        <w:t xml:space="preserve">Международного </w:t>
      </w:r>
      <w:r w:rsidR="00A73C24" w:rsidRPr="005F5253">
        <w:rPr>
          <w:lang w:val="ru-RU"/>
        </w:rPr>
        <w:t>Н</w:t>
      </w:r>
      <w:r w:rsidRPr="005F5253">
        <w:rPr>
          <w:lang w:val="ru-RU"/>
        </w:rPr>
        <w:t xml:space="preserve">аучного </w:t>
      </w:r>
      <w:r w:rsidR="00A73C24" w:rsidRPr="005F5253">
        <w:rPr>
          <w:lang w:val="ru-RU"/>
        </w:rPr>
        <w:t>К</w:t>
      </w:r>
      <w:r w:rsidRPr="005F5253">
        <w:rPr>
          <w:lang w:val="ru-RU"/>
        </w:rPr>
        <w:t>онгресса «Спорт</w:t>
      </w:r>
      <w:r w:rsidR="00A73C24" w:rsidRPr="005F5253">
        <w:rPr>
          <w:lang w:val="ru-RU"/>
        </w:rPr>
        <w:t xml:space="preserve">, </w:t>
      </w:r>
      <w:r w:rsidRPr="005F5253">
        <w:rPr>
          <w:lang w:val="ru-RU"/>
        </w:rPr>
        <w:t>Человек</w:t>
      </w:r>
      <w:r w:rsidR="00A73C24" w:rsidRPr="005F5253">
        <w:rPr>
          <w:lang w:val="ru-RU"/>
        </w:rPr>
        <w:t xml:space="preserve">, </w:t>
      </w:r>
      <w:r w:rsidRPr="005F5253">
        <w:rPr>
          <w:lang w:val="ru-RU"/>
        </w:rPr>
        <w:t>Здоровье» 28—30 апреля 2027 года (далее — Конгресс), свободно, своей волей и в своём интересе даю Международной общественной организации содействия науке и спорту «Спорт,</w:t>
      </w:r>
      <w:r w:rsidRPr="00D03C39">
        <w:rPr>
          <w:lang w:val="ru-RU"/>
        </w:rPr>
        <w:t xml:space="preserve"> Человек, Здоровье» (МОО «Спорт, Человек, Здоровье»), ОГРН 1117800001274, ИНН 7814160983, КПП 781401001, юридический адрес: 197342, г. Санкт-Петербург, Выборгская наб., д. 61, офис 406 (далее — Организатор), согласие на фото- и видеосъёмку и использование моего изображения на следующих условиях.</w:t>
      </w:r>
    </w:p>
    <w:p w14:paraId="575806ED" w14:textId="77777777" w:rsidR="00777571" w:rsidRDefault="00000000">
      <w:pPr>
        <w:pStyle w:val="1"/>
      </w:pPr>
      <w:r>
        <w:t>1. Для чего используются материалы</w:t>
      </w:r>
    </w:p>
    <w:p w14:paraId="670EA0EA" w14:textId="77777777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t>освещение подготовки, проведения и итогов Конгресса;</w:t>
      </w:r>
    </w:p>
    <w:p w14:paraId="374023A6" w14:textId="77777777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t>формирование программы, новостей, отчётов и архива Конгресса;</w:t>
      </w:r>
    </w:p>
    <w:p w14:paraId="32A46DB3" w14:textId="77777777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t>информирование о научных, образовательных и общественных мероприятиях Организатора;</w:t>
      </w:r>
    </w:p>
    <w:p w14:paraId="6911300F" w14:textId="77777777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t>представление докладчиков, участников, партнёров и официальных событий Конгресса.</w:t>
      </w:r>
    </w:p>
    <w:p w14:paraId="536DACF4" w14:textId="77777777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>Согласие не разрешает использовать изображение для политической агитации, рекламы товаров или услуг третьих лиц, создания самостоятельной базы лиц или иных не указанных целей.</w:t>
      </w:r>
    </w:p>
    <w:p w14:paraId="3190EFFF" w14:textId="77777777" w:rsidR="00777571" w:rsidRPr="00D03C39" w:rsidRDefault="00000000">
      <w:pPr>
        <w:pStyle w:val="1"/>
        <w:rPr>
          <w:lang w:val="ru-RU"/>
        </w:rPr>
      </w:pPr>
      <w:r w:rsidRPr="00D03C39">
        <w:rPr>
          <w:lang w:val="ru-RU"/>
        </w:rPr>
        <w:t>2. Какие материалы охватывает согласие</w:t>
      </w:r>
    </w:p>
    <w:p w14:paraId="2053DDEF" w14:textId="3840F74A" w:rsidR="00777571" w:rsidRPr="00D03C39" w:rsidRDefault="00000000">
      <w:pPr>
        <w:keepLines/>
        <w:rPr>
          <w:lang w:val="ru-RU"/>
        </w:rPr>
      </w:pPr>
      <w:r w:rsidRPr="005F5253">
        <w:rPr>
          <w:lang w:val="ru-RU"/>
        </w:rPr>
        <w:t>Согласие распространяется на фотографии, видеозаписи и сопровождающую их аудиозапись,</w:t>
      </w:r>
      <w:r w:rsidR="00A73C24" w:rsidRPr="005F5253">
        <w:rPr>
          <w:lang w:val="ru-RU"/>
        </w:rPr>
        <w:t xml:space="preserve"> на прямую онлайн трансляцию научных мероприятий Конгресса,</w:t>
      </w:r>
      <w:r w:rsidRPr="005F5253">
        <w:rPr>
          <w:lang w:val="ru-RU"/>
        </w:rPr>
        <w:t xml:space="preserve"> созданные Организатором или привлечёнными им фотографами и операторами во время открытых мероприятий Конгресса, а также на портретные материалы, которые я отдельно передал для программы</w:t>
      </w:r>
      <w:r w:rsidRPr="00D03C39">
        <w:rPr>
          <w:lang w:val="ru-RU"/>
        </w:rPr>
        <w:t xml:space="preserve"> или представления докладчика.</w:t>
      </w:r>
    </w:p>
    <w:p w14:paraId="4C75DA90" w14:textId="77777777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>Скрытая съёмка в помещениях, где участник разумно ожидает приватности, и публикация личной переписки настоящим согласием не разрешаются.</w:t>
      </w:r>
    </w:p>
    <w:p w14:paraId="604E9DC1" w14:textId="77777777" w:rsidR="00777571" w:rsidRDefault="00000000">
      <w:pPr>
        <w:pStyle w:val="1"/>
      </w:pPr>
      <w:r>
        <w:t>3. Разрешённые действия</w:t>
      </w:r>
    </w:p>
    <w:p w14:paraId="4306CDFA" w14:textId="77777777" w:rsidR="00777571" w:rsidRDefault="00000000">
      <w:pPr>
        <w:keepLines/>
      </w:pPr>
      <w:r>
        <w:t>Организатор вправе:</w:t>
      </w:r>
    </w:p>
    <w:p w14:paraId="7718D9FE" w14:textId="5EF126AF" w:rsidR="00777571" w:rsidRPr="005F5253" w:rsidRDefault="00000000">
      <w:pPr>
        <w:pStyle w:val="a0"/>
        <w:rPr>
          <w:color w:val="262626" w:themeColor="text1" w:themeTint="D9"/>
          <w:lang w:val="ru-RU"/>
        </w:rPr>
      </w:pPr>
      <w:r w:rsidRPr="005F5253">
        <w:rPr>
          <w:color w:val="262626" w:themeColor="text1" w:themeTint="D9"/>
          <w:lang w:val="ru-RU"/>
        </w:rPr>
        <w:t>осуществлять фото-, видео</w:t>
      </w:r>
      <w:r w:rsidR="00A73C24" w:rsidRPr="005F5253">
        <w:rPr>
          <w:color w:val="262626" w:themeColor="text1" w:themeTint="D9"/>
          <w:lang w:val="ru-RU"/>
        </w:rPr>
        <w:t xml:space="preserve">, </w:t>
      </w:r>
      <w:r w:rsidRPr="005F5253">
        <w:rPr>
          <w:color w:val="262626" w:themeColor="text1" w:themeTint="D9"/>
          <w:lang w:val="ru-RU"/>
        </w:rPr>
        <w:t>аудиозапись</w:t>
      </w:r>
      <w:r w:rsidR="00A73C24" w:rsidRPr="005F5253">
        <w:rPr>
          <w:color w:val="262626" w:themeColor="text1" w:themeTint="D9"/>
          <w:lang w:val="ru-RU"/>
        </w:rPr>
        <w:t xml:space="preserve"> и прямую онлайн трансляцию научных мероприятий </w:t>
      </w:r>
      <w:r w:rsidR="004B4D60">
        <w:rPr>
          <w:color w:val="262626" w:themeColor="text1" w:themeTint="D9"/>
          <w:lang w:val="ru-RU"/>
        </w:rPr>
        <w:t>Конгресса</w:t>
      </w:r>
      <w:r w:rsidRPr="005F5253">
        <w:rPr>
          <w:color w:val="262626" w:themeColor="text1" w:themeTint="D9"/>
          <w:lang w:val="ru-RU"/>
        </w:rPr>
        <w:t>;</w:t>
      </w:r>
    </w:p>
    <w:p w14:paraId="0F6FCDE0" w14:textId="77777777" w:rsidR="00777571" w:rsidRDefault="00000000">
      <w:pPr>
        <w:pStyle w:val="a0"/>
      </w:pPr>
      <w:r>
        <w:t>воспроизводить и распространять материалы;</w:t>
      </w:r>
    </w:p>
    <w:p w14:paraId="4F39D3BB" w14:textId="77777777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t>публично показывать и доводить материалы до всеобщего сведения в интернете;</w:t>
      </w:r>
    </w:p>
    <w:p w14:paraId="787C801A" w14:textId="77777777" w:rsidR="00777571" w:rsidRDefault="00000000">
      <w:pPr>
        <w:pStyle w:val="a0"/>
        <w:rPr>
          <w:lang w:val="ru-RU"/>
        </w:rPr>
      </w:pPr>
      <w:r w:rsidRPr="00D03C39">
        <w:rPr>
          <w:lang w:val="ru-RU"/>
        </w:rPr>
        <w:t>включать материалы в программу, отчёт, новость, видеоролик или архив;</w:t>
      </w:r>
    </w:p>
    <w:p w14:paraId="4D70C486" w14:textId="4858A864" w:rsidR="009F1AD9" w:rsidRPr="009F1AD9" w:rsidRDefault="009F1AD9" w:rsidP="009F1AD9">
      <w:pPr>
        <w:pStyle w:val="a0"/>
        <w:rPr>
          <w:rFonts w:ascii="Times New Roman" w:hAnsi="Times New Roman"/>
          <w:color w:val="auto"/>
          <w:sz w:val="24"/>
          <w:lang w:val="ru-RU"/>
        </w:rPr>
      </w:pPr>
      <w:r w:rsidRPr="009F1AD9">
        <w:rPr>
          <w:lang w:val="ru-RU"/>
        </w:rPr>
        <w:t xml:space="preserve">включать материалы в печатный и электронный </w:t>
      </w:r>
      <w:r>
        <w:rPr>
          <w:lang w:val="ru-RU"/>
        </w:rPr>
        <w:t>С</w:t>
      </w:r>
      <w:r w:rsidRPr="009F1AD9">
        <w:rPr>
          <w:lang w:val="ru-RU"/>
        </w:rPr>
        <w:t xml:space="preserve">борник </w:t>
      </w:r>
      <w:r>
        <w:rPr>
          <w:lang w:val="ru-RU"/>
        </w:rPr>
        <w:t>Н</w:t>
      </w:r>
      <w:r w:rsidRPr="009F1AD9">
        <w:rPr>
          <w:lang w:val="ru-RU"/>
        </w:rPr>
        <w:t>аучных материалов, архивную страницу соответствующего Конгресса и иные составные архивные материалы, непосредственно посвящённые Конгрессу;</w:t>
      </w:r>
    </w:p>
    <w:p w14:paraId="7A303925" w14:textId="77777777" w:rsidR="009F1AD9" w:rsidRPr="009F1AD9" w:rsidRDefault="009F1AD9" w:rsidP="009F1AD9">
      <w:pPr>
        <w:pStyle w:val="a0"/>
        <w:rPr>
          <w:lang w:val="ru-RU"/>
        </w:rPr>
      </w:pPr>
      <w:r w:rsidRPr="009F1AD9">
        <w:rPr>
          <w:lang w:val="ru-RU"/>
        </w:rPr>
        <w:t>хранить технические и архивные копии материалов, необходимые для поддержания доступности законно опубликованного архива.</w:t>
      </w:r>
    </w:p>
    <w:p w14:paraId="273CA936" w14:textId="77777777" w:rsidR="009F1AD9" w:rsidRPr="00D03C39" w:rsidRDefault="009F1AD9" w:rsidP="009F1AD9">
      <w:pPr>
        <w:pStyle w:val="a0"/>
        <w:numPr>
          <w:ilvl w:val="0"/>
          <w:numId w:val="0"/>
        </w:numPr>
        <w:rPr>
          <w:lang w:val="ru-RU"/>
        </w:rPr>
      </w:pPr>
    </w:p>
    <w:p w14:paraId="5B4B571C" w14:textId="77777777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lastRenderedPageBreak/>
        <w:t>выполнять кадрирование, коррекцию цвета и звука, добавлять титры, субтитры, логотип и иные технические элементы, если это не искажает смысл и не порочит честь, достоинство или деловую репутацию изображённого лица.</w:t>
      </w:r>
    </w:p>
    <w:p w14:paraId="7459BC23" w14:textId="77777777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>Создание синтетического образа, имитации голоса, дипфейка либо иного материала, создающего ложное впечатление о словах или действиях участника, требует нового отдельного согласия.</w:t>
      </w:r>
    </w:p>
    <w:p w14:paraId="31938B4B" w14:textId="77777777" w:rsidR="00777571" w:rsidRDefault="00000000">
      <w:pPr>
        <w:pStyle w:val="1"/>
      </w:pPr>
      <w:r>
        <w:t>4. Где могут размещаться материалы</w:t>
      </w:r>
    </w:p>
    <w:p w14:paraId="04538A66" w14:textId="1B7548BB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t xml:space="preserve">на официальном сайте </w:t>
      </w:r>
      <w:r>
        <w:rPr>
          <w:rFonts w:ascii="Consolas" w:hAnsi="Consolas"/>
          <w:color w:val="26486E"/>
          <w:sz w:val="19"/>
        </w:rPr>
        <w:t>https</w:t>
      </w:r>
      <w:r w:rsidRPr="00D03C39">
        <w:rPr>
          <w:rFonts w:ascii="Consolas" w:hAnsi="Consolas"/>
          <w:color w:val="26486E"/>
          <w:sz w:val="19"/>
          <w:lang w:val="ru-RU"/>
        </w:rPr>
        <w:t>://</w:t>
      </w:r>
      <w:r>
        <w:rPr>
          <w:rFonts w:ascii="Consolas" w:hAnsi="Consolas"/>
          <w:color w:val="26486E"/>
          <w:sz w:val="19"/>
        </w:rPr>
        <w:t>sport</w:t>
      </w:r>
      <w:r w:rsidRPr="00D03C39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D03C39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</w:p>
    <w:p w14:paraId="13F12FD8" w14:textId="77777777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t>в официальных социальных сетях и видеоканалах Организатора и Конгресса;</w:t>
      </w:r>
    </w:p>
    <w:p w14:paraId="5BC02A19" w14:textId="77777777" w:rsidR="009F1AD9" w:rsidRPr="009F1AD9" w:rsidRDefault="009F1AD9">
      <w:pPr>
        <w:pStyle w:val="a0"/>
        <w:rPr>
          <w:lang w:val="ru-RU"/>
        </w:rPr>
      </w:pPr>
      <w:r w:rsidRPr="009F1AD9">
        <w:rPr>
          <w:lang w:val="ru-RU"/>
        </w:rPr>
        <w:t xml:space="preserve">в печатной и электронной программе и сборнике научных материалов, в отчётах, а также в общедоступном разделе «Архив» официального сайта </w:t>
      </w:r>
      <w:r>
        <w:rPr>
          <w:rStyle w:val="HTML"/>
          <w:rFonts w:eastAsiaTheme="minorEastAsia"/>
        </w:rPr>
        <w:t>https</w:t>
      </w:r>
      <w:r w:rsidRPr="009F1AD9">
        <w:rPr>
          <w:rStyle w:val="HTML"/>
          <w:rFonts w:eastAsiaTheme="minorEastAsia"/>
          <w:lang w:val="ru-RU"/>
        </w:rPr>
        <w:t>://</w:t>
      </w:r>
      <w:r>
        <w:rPr>
          <w:rStyle w:val="HTML"/>
          <w:rFonts w:eastAsiaTheme="minorEastAsia"/>
        </w:rPr>
        <w:t>sport</w:t>
      </w:r>
      <w:r w:rsidRPr="009F1AD9">
        <w:rPr>
          <w:rStyle w:val="HTML"/>
          <w:rFonts w:eastAsiaTheme="minorEastAsia"/>
          <w:lang w:val="ru-RU"/>
        </w:rPr>
        <w:t>-</w:t>
      </w:r>
      <w:r>
        <w:rPr>
          <w:rStyle w:val="HTML"/>
          <w:rFonts w:eastAsiaTheme="minorEastAsia"/>
        </w:rPr>
        <w:t>health</w:t>
      </w:r>
      <w:r w:rsidRPr="009F1AD9">
        <w:rPr>
          <w:rStyle w:val="HTML"/>
          <w:rFonts w:eastAsiaTheme="minorEastAsia"/>
          <w:lang w:val="ru-RU"/>
        </w:rPr>
        <w:t>.</w:t>
      </w:r>
      <w:proofErr w:type="spellStart"/>
      <w:r>
        <w:rPr>
          <w:rStyle w:val="HTML"/>
          <w:rFonts w:eastAsiaTheme="minorEastAsia"/>
        </w:rPr>
        <w:t>ru</w:t>
      </w:r>
      <w:proofErr w:type="spellEnd"/>
      <w:r w:rsidRPr="009F1AD9">
        <w:rPr>
          <w:lang w:val="ru-RU"/>
        </w:rPr>
        <w:t>, включая архивную страницу соответствующего Конгресса</w:t>
      </w:r>
      <w:r w:rsidRPr="009F1AD9">
        <w:rPr>
          <w:lang w:val="ru-RU"/>
        </w:rPr>
        <w:t>;</w:t>
      </w:r>
    </w:p>
    <w:p w14:paraId="72B17A65" w14:textId="1F675F4F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t>в официальных пресс-материалах и сообщениях для средств массовой информации;</w:t>
      </w:r>
    </w:p>
    <w:p w14:paraId="1DB17319" w14:textId="77777777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t>на страницах официальных партнёров только для освещения Конгресса и с указанием его связи с мероприятием.</w:t>
      </w:r>
    </w:p>
    <w:p w14:paraId="3B994A0B" w14:textId="77777777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>Для технического размещения Организатор может привлекать поставщиков хостинга, хранения, печати, рассылки и медиасервисов в пределах порученной им задачи и при соблюдении требований к защите данных.</w:t>
      </w:r>
    </w:p>
    <w:p w14:paraId="02BA582C" w14:textId="77777777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>Публикация в интернете делает материал доступным неопределённому кругу лиц, в том числе за пределами Российской Федерации. Третьи лица могут сохранить или процитировать законно опубликованный материал независимо от Организатора.</w:t>
      </w:r>
    </w:p>
    <w:p w14:paraId="41D55119" w14:textId="77777777" w:rsidR="00777571" w:rsidRPr="00D03C39" w:rsidRDefault="00000000">
      <w:pPr>
        <w:pStyle w:val="1"/>
        <w:rPr>
          <w:lang w:val="ru-RU"/>
        </w:rPr>
      </w:pPr>
      <w:r w:rsidRPr="00D03C39">
        <w:rPr>
          <w:lang w:val="ru-RU"/>
        </w:rPr>
        <w:t>5. Имя и сопровождающие сведения</w:t>
      </w:r>
    </w:p>
    <w:p w14:paraId="2F950001" w14:textId="77777777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 xml:space="preserve">Настоящее согласие само по себе не разрешает публиковать вместе с изображением </w:t>
      </w:r>
      <w:r>
        <w:t>email</w:t>
      </w:r>
      <w:r w:rsidRPr="00D03C39">
        <w:rPr>
          <w:lang w:val="ru-RU"/>
        </w:rPr>
        <w:t>, телефон, адрес, платёжные сведения, переписку или внутренние статусы.</w:t>
      </w:r>
    </w:p>
    <w:p w14:paraId="022E01A1" w14:textId="77777777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>Фамилия, имя, отчество, организация, должность, учёная степень, учёное звание, роль на Конгрессе и название доклада публикуются только при наличии отдельного согласия на обработку персональных данных, разрешённых для распространения, либо иного законного основания.</w:t>
      </w:r>
    </w:p>
    <w:p w14:paraId="3A013A1B" w14:textId="77777777" w:rsidR="00777571" w:rsidRPr="00D03C39" w:rsidRDefault="00000000">
      <w:pPr>
        <w:pStyle w:val="1"/>
        <w:rPr>
          <w:lang w:val="ru-RU"/>
        </w:rPr>
      </w:pPr>
      <w:r w:rsidRPr="00D03C39">
        <w:rPr>
          <w:lang w:val="ru-RU"/>
        </w:rPr>
        <w:lastRenderedPageBreak/>
        <w:t>6. Срок, территория и вознаграждение</w:t>
      </w:r>
    </w:p>
    <w:p w14:paraId="3EA55D69" w14:textId="77777777" w:rsidR="009F1AD9" w:rsidRPr="009F1AD9" w:rsidRDefault="009F1AD9" w:rsidP="009F1AD9">
      <w:pPr>
        <w:pStyle w:val="1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9F1AD9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Согласие действует с момента электронного подтверждения без ограничения срока — до его отзыва либо до прекращения Организатором соответствующего использования.</w:t>
      </w:r>
    </w:p>
    <w:p w14:paraId="68FD6341" w14:textId="77777777" w:rsidR="009F1AD9" w:rsidRPr="009F1AD9" w:rsidRDefault="009F1AD9" w:rsidP="009F1AD9">
      <w:pPr>
        <w:pStyle w:val="1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9F1AD9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В течение срока действия согласия Организатор вправе создавать, размещать и сохранять материалы в пределах указанных целей, в том числе поддерживать их доступность в общедоступном разделе «Архив» официального Сайта.</w:t>
      </w:r>
    </w:p>
    <w:p w14:paraId="5BD59F4F" w14:textId="77777777" w:rsidR="009F1AD9" w:rsidRPr="009F1AD9" w:rsidRDefault="009F1AD9" w:rsidP="009F1AD9">
      <w:pPr>
        <w:pStyle w:val="1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</w:pPr>
      <w:r w:rsidRPr="009F1AD9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Территория использования — весь мир, поскольку материалы доводятся до всеобщего сведения в сети Интернет и могут быть доступны пользователям независимо от их местонахождения.</w:t>
      </w:r>
    </w:p>
    <w:p w14:paraId="2CC5D66B" w14:textId="77777777" w:rsidR="009F1AD9" w:rsidRDefault="009F1AD9" w:rsidP="009F1AD9">
      <w:pPr>
        <w:pStyle w:val="1"/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</w:rPr>
      </w:pPr>
      <w:r w:rsidRPr="009F1AD9">
        <w:rPr>
          <w:rFonts w:ascii="Calibri" w:eastAsiaTheme="minorEastAsia" w:hAnsi="Calibri" w:cstheme="minorBidi"/>
          <w:b w:val="0"/>
          <w:bCs w:val="0"/>
          <w:color w:val="1F2937"/>
          <w:sz w:val="21"/>
          <w:szCs w:val="22"/>
          <w:lang w:val="ru-RU"/>
        </w:rPr>
        <w:t>Согласие предоставляется безвозмездно и не передаёт Организатору исключительное право на изображение. Отзыв применяется к будущему использованию и дальнейшему предоставлению доступа на подконтрольных Организатору ресурсах. Он не отменяет законность действий до получения заявления, не требует изъятия правомерно выпущенных печатных экземпляров и не гарантирует удаление копий, ранее самостоятельно сохранённых третьими лицами.</w:t>
      </w:r>
    </w:p>
    <w:p w14:paraId="1F7848CE" w14:textId="76AED8F3" w:rsidR="00777571" w:rsidRPr="00D03C39" w:rsidRDefault="00000000" w:rsidP="009F1AD9">
      <w:pPr>
        <w:pStyle w:val="1"/>
        <w:rPr>
          <w:lang w:val="ru-RU"/>
        </w:rPr>
      </w:pPr>
      <w:r w:rsidRPr="00D03C39">
        <w:rPr>
          <w:lang w:val="ru-RU"/>
        </w:rPr>
        <w:t>7. Добровольность и отдельность</w:t>
      </w:r>
    </w:p>
    <w:p w14:paraId="648DBE81" w14:textId="77777777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>Согласие добровольно и оформляется отдельно от:</w:t>
      </w:r>
    </w:p>
    <w:p w14:paraId="2CD2597E" w14:textId="77777777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t>регистрации и участия в Конгрессе;</w:t>
      </w:r>
    </w:p>
    <w:p w14:paraId="1CC00F91" w14:textId="77777777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t>согласия на обработку персональных данных;</w:t>
      </w:r>
    </w:p>
    <w:p w14:paraId="0F21EA85" w14:textId="77777777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t>согласия на распространение авторских и профессиональных сведений;</w:t>
      </w:r>
    </w:p>
    <w:p w14:paraId="232EB6AD" w14:textId="77777777" w:rsidR="00777571" w:rsidRPr="00D03C39" w:rsidRDefault="00000000">
      <w:pPr>
        <w:pStyle w:val="a0"/>
        <w:rPr>
          <w:lang w:val="ru-RU"/>
        </w:rPr>
      </w:pPr>
      <w:r w:rsidRPr="00D03C39">
        <w:rPr>
          <w:lang w:val="ru-RU"/>
        </w:rPr>
        <w:t>Правил подачи и публикации научных материалов;</w:t>
      </w:r>
    </w:p>
    <w:p w14:paraId="5222D3D4" w14:textId="77777777" w:rsidR="00777571" w:rsidRDefault="00000000">
      <w:pPr>
        <w:pStyle w:val="a0"/>
      </w:pPr>
      <w:r>
        <w:t>рекламных и маркетинговых сообщений.</w:t>
      </w:r>
    </w:p>
    <w:p w14:paraId="1D2542B6" w14:textId="3F425AFB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>Отказ от портретной или постановочной съёмки не должен ограничивать обычное участие в Конгрессе. Организатор до начала съёмки обозначает официальные зоны и мероприятия, где ведётся общая репортажная съёмка</w:t>
      </w:r>
      <w:r w:rsidRPr="005F5253">
        <w:rPr>
          <w:lang w:val="ru-RU"/>
        </w:rPr>
        <w:t xml:space="preserve">, </w:t>
      </w:r>
      <w:r w:rsidR="004255D0" w:rsidRPr="005F5253">
        <w:rPr>
          <w:lang w:val="ru-RU"/>
        </w:rPr>
        <w:t xml:space="preserve">онлайн трансляция </w:t>
      </w:r>
      <w:r w:rsidRPr="005F5253">
        <w:rPr>
          <w:lang w:val="ru-RU"/>
        </w:rPr>
        <w:t>и предоставляет</w:t>
      </w:r>
      <w:r w:rsidRPr="00D03C39">
        <w:rPr>
          <w:lang w:val="ru-RU"/>
        </w:rPr>
        <w:t xml:space="preserve"> разумную возможность сообщить об отказе от крупного плана или индивидуальной публикации.</w:t>
      </w:r>
    </w:p>
    <w:p w14:paraId="397CF9AA" w14:textId="77777777" w:rsidR="00777571" w:rsidRPr="00D03C39" w:rsidRDefault="00000000">
      <w:pPr>
        <w:pStyle w:val="1"/>
        <w:rPr>
          <w:lang w:val="ru-RU"/>
        </w:rPr>
      </w:pPr>
      <w:r w:rsidRPr="00D03C39">
        <w:rPr>
          <w:lang w:val="ru-RU"/>
        </w:rPr>
        <w:t>8. Отзыв согласия и обращения</w:t>
      </w:r>
    </w:p>
    <w:p w14:paraId="0A82B56B" w14:textId="77777777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 xml:space="preserve">Я могу отозвать согласие или потребовать прекратить конкретное использование, направив заявление на </w:t>
      </w:r>
      <w:r>
        <w:rPr>
          <w:rFonts w:ascii="Consolas" w:hAnsi="Consolas"/>
          <w:color w:val="26486E"/>
          <w:sz w:val="19"/>
        </w:rPr>
        <w:t>info</w:t>
      </w:r>
      <w:r w:rsidRPr="00D03C39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D03C39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D03C39">
        <w:rPr>
          <w:rFonts w:ascii="Consolas" w:hAnsi="Consolas"/>
          <w:color w:val="26486E"/>
          <w:sz w:val="19"/>
          <w:lang w:val="ru-RU"/>
        </w:rPr>
        <w:t>.</w:t>
      </w:r>
      <w:r>
        <w:rPr>
          <w:rFonts w:ascii="Consolas" w:hAnsi="Consolas"/>
          <w:color w:val="26486E"/>
          <w:sz w:val="19"/>
        </w:rPr>
        <w:t>ru</w:t>
      </w:r>
      <w:r w:rsidRPr="00D03C39">
        <w:rPr>
          <w:lang w:val="ru-RU"/>
        </w:rPr>
        <w:t xml:space="preserve"> или по адресу: 191186, г. Санкт-Петербург, ул. Малая Морская, д. 8, литер А, офис 24.</w:t>
      </w:r>
    </w:p>
    <w:p w14:paraId="5376885C" w14:textId="77777777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 xml:space="preserve">В заявлении необходимо указать ФИО, </w:t>
      </w:r>
      <w:r>
        <w:t>email</w:t>
      </w:r>
      <w:r w:rsidRPr="00D03C39">
        <w:rPr>
          <w:lang w:val="ru-RU"/>
        </w:rPr>
        <w:t xml:space="preserve"> учётной записи, описание материала и ресурс размещения. Организатор вправе запросить разумное подтверждение личности.</w:t>
      </w:r>
    </w:p>
    <w:p w14:paraId="055A1DFF" w14:textId="77777777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>Отзыв применяется к будущему использованию и подконтрольным Организатору ресурсам. Он не отменяет законность действий до получения заявления и не гарантирует удаление печатных экземпляров или копий, ранее сохранённых третьими лицами. Организатор рассматривает требование и сообщает о выполненных действиях по указанному заявителем адресу.</w:t>
      </w:r>
    </w:p>
    <w:p w14:paraId="6D3D7AAE" w14:textId="77777777" w:rsidR="00777571" w:rsidRPr="00D03C39" w:rsidRDefault="00000000">
      <w:pPr>
        <w:pStyle w:val="1"/>
        <w:rPr>
          <w:lang w:val="ru-RU"/>
        </w:rPr>
      </w:pPr>
      <w:r w:rsidRPr="00D03C39">
        <w:rPr>
          <w:lang w:val="ru-RU"/>
        </w:rPr>
        <w:t>9. Электронное подтверждение</w:t>
      </w:r>
    </w:p>
    <w:p w14:paraId="6A984425" w14:textId="77777777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>Перед подтверждением Организатор показывает полный текст согласия. Галочка не отмечена заранее. Организатор фиксирует редакцию документа, дату и время, идентификатор пользователя и, при необходимости, связанную роль или мероприятие.</w:t>
      </w:r>
    </w:p>
    <w:p w14:paraId="6E7B1EAC" w14:textId="77777777" w:rsidR="00777571" w:rsidRPr="00D03C39" w:rsidRDefault="00000000">
      <w:pPr>
        <w:keepLines/>
        <w:rPr>
          <w:lang w:val="ru-RU"/>
        </w:rPr>
      </w:pPr>
      <w:r w:rsidRPr="00D03C39">
        <w:rPr>
          <w:lang w:val="ru-RU"/>
        </w:rPr>
        <w:t>Для отдельной постановочной съёмки, рекламного портрета либо использования изображения, выходящего за перечисленные цели, оформляется дополнительное согласие.</w:t>
      </w:r>
    </w:p>
    <w:p w14:paraId="4E23889B" w14:textId="55E7F109" w:rsidR="00777571" w:rsidRPr="00D03C39" w:rsidRDefault="00777571">
      <w:pPr>
        <w:keepLines/>
        <w:rPr>
          <w:lang w:val="ru-RU"/>
        </w:rPr>
      </w:pPr>
    </w:p>
    <w:sectPr w:rsidR="00777571" w:rsidRPr="00D03C39" w:rsidSect="00034616">
      <w:footerReference w:type="default" r:id="rId8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D49EE8" w14:textId="77777777" w:rsidR="00C078E6" w:rsidRDefault="00C078E6">
      <w:pPr>
        <w:spacing w:after="0" w:line="240" w:lineRule="auto"/>
      </w:pPr>
      <w:r>
        <w:separator/>
      </w:r>
    </w:p>
  </w:endnote>
  <w:endnote w:type="continuationSeparator" w:id="0">
    <w:p w14:paraId="18A521C5" w14:textId="77777777" w:rsidR="00C078E6" w:rsidRDefault="00C07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943566" w14:textId="77777777" w:rsidR="00777571" w:rsidRDefault="00000000">
    <w:pPr>
      <w:pStyle w:val="a7"/>
      <w:jc w:val="center"/>
    </w:pPr>
    <w:proofErr w:type="spellStart"/>
    <w:r>
      <w:rPr>
        <w:color w:val="5B677A"/>
        <w:sz w:val="18"/>
      </w:rPr>
      <w:t>Страница</w:t>
    </w:r>
    <w:proofErr w:type="spellEnd"/>
    <w:r>
      <w:rPr>
        <w:color w:val="5B677A"/>
        <w:sz w:val="18"/>
      </w:rPr>
      <w:t xml:space="preserve">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D03C39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9612BE" w14:textId="77777777" w:rsidR="00C078E6" w:rsidRDefault="00C078E6">
      <w:pPr>
        <w:spacing w:after="0" w:line="240" w:lineRule="auto"/>
      </w:pPr>
      <w:r>
        <w:separator/>
      </w:r>
    </w:p>
  </w:footnote>
  <w:footnote w:type="continuationSeparator" w:id="0">
    <w:p w14:paraId="2EDC408B" w14:textId="77777777" w:rsidR="00C078E6" w:rsidRDefault="00C078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698040">
    <w:abstractNumId w:val="8"/>
  </w:num>
  <w:num w:numId="2" w16cid:durableId="2105686792">
    <w:abstractNumId w:val="6"/>
  </w:num>
  <w:num w:numId="3" w16cid:durableId="70928400">
    <w:abstractNumId w:val="5"/>
  </w:num>
  <w:num w:numId="4" w16cid:durableId="288636239">
    <w:abstractNumId w:val="4"/>
  </w:num>
  <w:num w:numId="5" w16cid:durableId="1769041061">
    <w:abstractNumId w:val="7"/>
  </w:num>
  <w:num w:numId="6" w16cid:durableId="2023974437">
    <w:abstractNumId w:val="3"/>
  </w:num>
  <w:num w:numId="7" w16cid:durableId="1045524683">
    <w:abstractNumId w:val="2"/>
  </w:num>
  <w:num w:numId="8" w16cid:durableId="28377220">
    <w:abstractNumId w:val="1"/>
  </w:num>
  <w:num w:numId="9" w16cid:durableId="3546962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2358"/>
    <w:rsid w:val="0029639D"/>
    <w:rsid w:val="00326F90"/>
    <w:rsid w:val="004255D0"/>
    <w:rsid w:val="004B4D60"/>
    <w:rsid w:val="004E77A6"/>
    <w:rsid w:val="00526455"/>
    <w:rsid w:val="005F5253"/>
    <w:rsid w:val="007639BE"/>
    <w:rsid w:val="00777571"/>
    <w:rsid w:val="008749CB"/>
    <w:rsid w:val="009F1AD9"/>
    <w:rsid w:val="00A10BFE"/>
    <w:rsid w:val="00A73C24"/>
    <w:rsid w:val="00AA1D8D"/>
    <w:rsid w:val="00B006B3"/>
    <w:rsid w:val="00B47730"/>
    <w:rsid w:val="00B57F7A"/>
    <w:rsid w:val="00C078E6"/>
    <w:rsid w:val="00C65692"/>
    <w:rsid w:val="00CB0664"/>
    <w:rsid w:val="00D03C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A6524E"/>
  <w14:defaultImageDpi w14:val="300"/>
  <w15:docId w15:val="{EEF56B9F-8D73-CA4A-A078-BC38FB9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9F1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character" w:styleId="HTML">
    <w:name w:val="HTML Code"/>
    <w:basedOn w:val="a2"/>
    <w:uiPriority w:val="99"/>
    <w:semiHidden/>
    <w:unhideWhenUsed/>
    <w:rsid w:val="009F1AD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1043</Words>
  <Characters>5950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соглашение, условия участия, оплата, партнёрское обращение, научная публикация, соавторы, использование изображения</cp:keywords>
  <dc:description/>
  <cp:lastModifiedBy>Julia</cp:lastModifiedBy>
  <cp:revision>6</cp:revision>
  <dcterms:created xsi:type="dcterms:W3CDTF">2026-08-22T21:11:00Z</dcterms:created>
  <dcterms:modified xsi:type="dcterms:W3CDTF">2026-08-31T04:43:00Z</dcterms:modified>
  <cp:category/>
</cp:coreProperties>
</file>