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AC83C" w14:textId="77777777" w:rsidR="00454CCA" w:rsidRPr="00021C3F" w:rsidRDefault="00000000">
      <w:pPr>
        <w:pStyle w:val="aa"/>
        <w:rPr>
          <w:lang w:val="ru-RU"/>
        </w:rPr>
      </w:pPr>
      <w:r w:rsidRPr="00021C3F">
        <w:rPr>
          <w:lang w:val="ru-RU"/>
        </w:rPr>
        <w:t>Согласие на обработку персональных данных при подаче научных материалов</w:t>
      </w:r>
    </w:p>
    <w:p w14:paraId="738A7E38" w14:textId="77777777" w:rsidR="00994873" w:rsidRPr="00F751C9" w:rsidRDefault="00994873" w:rsidP="00994873">
      <w:pPr>
        <w:pStyle w:val="1"/>
        <w:rPr>
          <w:b w:val="0"/>
          <w:bCs w:val="0"/>
          <w:i/>
          <w:iCs/>
          <w:color w:val="262626" w:themeColor="text1" w:themeTint="D9"/>
          <w:sz w:val="13"/>
          <w:szCs w:val="11"/>
          <w:lang w:val="ru-RU"/>
        </w:rPr>
      </w:pPr>
      <w:r w:rsidRPr="00F751C9">
        <w:rPr>
          <w:b w:val="0"/>
          <w:bCs w:val="0"/>
          <w:i/>
          <w:iCs/>
          <w:color w:val="262626" w:themeColor="text1" w:themeTint="D9"/>
          <w:sz w:val="13"/>
          <w:szCs w:val="11"/>
          <w:lang w:val="ru-RU"/>
        </w:rPr>
        <w:t>Редакция согласия от 10 августа 2026 года</w:t>
      </w:r>
      <w:r w:rsidRPr="00F751C9">
        <w:rPr>
          <w:b w:val="0"/>
          <w:bCs w:val="0"/>
          <w:i/>
          <w:iCs/>
          <w:color w:val="262626" w:themeColor="text1" w:themeTint="D9"/>
          <w:sz w:val="13"/>
          <w:szCs w:val="11"/>
          <w:lang w:val="ru-RU"/>
        </w:rPr>
        <w:br/>
        <w:t>Версия 1.0</w:t>
      </w:r>
    </w:p>
    <w:p w14:paraId="5FBF12E3" w14:textId="77777777" w:rsidR="00454CCA" w:rsidRPr="00021C3F" w:rsidRDefault="00000000">
      <w:pPr>
        <w:pStyle w:val="1"/>
        <w:rPr>
          <w:lang w:val="ru-RU"/>
        </w:rPr>
      </w:pPr>
      <w:r w:rsidRPr="00021C3F">
        <w:rPr>
          <w:lang w:val="ru-RU"/>
        </w:rPr>
        <w:t>Текст согласия</w:t>
      </w:r>
    </w:p>
    <w:p w14:paraId="40447544" w14:textId="77777777" w:rsidR="00454CCA" w:rsidRPr="00021C3F" w:rsidRDefault="00000000">
      <w:pPr>
        <w:keepLines/>
        <w:rPr>
          <w:lang w:val="ru-RU"/>
        </w:rPr>
      </w:pPr>
      <w:r w:rsidRPr="00021C3F">
        <w:rPr>
          <w:lang w:val="ru-RU"/>
        </w:rPr>
        <w:t xml:space="preserve">Я, пользователь сайта </w:t>
      </w:r>
      <w:r>
        <w:rPr>
          <w:rFonts w:ascii="Consolas" w:hAnsi="Consolas"/>
          <w:color w:val="26486E"/>
          <w:sz w:val="19"/>
        </w:rPr>
        <w:t>https</w:t>
      </w:r>
      <w:r w:rsidRPr="00021C3F">
        <w:rPr>
          <w:rFonts w:ascii="Consolas" w:hAnsi="Consolas"/>
          <w:color w:val="26486E"/>
          <w:sz w:val="19"/>
          <w:lang w:val="ru-RU"/>
        </w:rPr>
        <w:t>://</w:t>
      </w:r>
      <w:r>
        <w:rPr>
          <w:rFonts w:ascii="Consolas" w:hAnsi="Consolas"/>
          <w:color w:val="26486E"/>
          <w:sz w:val="19"/>
        </w:rPr>
        <w:t>sport</w:t>
      </w:r>
      <w:r w:rsidRPr="00021C3F">
        <w:rPr>
          <w:rFonts w:ascii="Consolas" w:hAnsi="Consolas"/>
          <w:color w:val="26486E"/>
          <w:sz w:val="19"/>
          <w:lang w:val="ru-RU"/>
        </w:rPr>
        <w:t>-</w:t>
      </w:r>
      <w:r>
        <w:rPr>
          <w:rFonts w:ascii="Consolas" w:hAnsi="Consolas"/>
          <w:color w:val="26486E"/>
          <w:sz w:val="19"/>
        </w:rPr>
        <w:t>health</w:t>
      </w:r>
      <w:r w:rsidRPr="00021C3F">
        <w:rPr>
          <w:rFonts w:ascii="Consolas" w:hAnsi="Consolas"/>
          <w:color w:val="26486E"/>
          <w:sz w:val="19"/>
          <w:lang w:val="ru-RU"/>
        </w:rPr>
        <w:t>.</w:t>
      </w:r>
      <w:proofErr w:type="spellStart"/>
      <w:r>
        <w:rPr>
          <w:rFonts w:ascii="Consolas" w:hAnsi="Consolas"/>
          <w:color w:val="26486E"/>
          <w:sz w:val="19"/>
        </w:rPr>
        <w:t>ru</w:t>
      </w:r>
      <w:proofErr w:type="spellEnd"/>
      <w:r w:rsidRPr="00021C3F">
        <w:rPr>
          <w:lang w:val="ru-RU"/>
        </w:rPr>
        <w:t>, свободно, своей волей и в своём интересе даю Международной общественной организации содействия науке и спорту «Спорт, Человек, Здоровье» (МОО «Спорт, Человек, Здоровье»), ОГРН 1117800001274, ИНН 7814160983, КПП 781401001, юридический адрес: 197342, г. Санкт-Петербург, Выборгская наб., д. 61, офис 406 (далее — Оператор), согласие на обработку моих персональных данных на следующих условиях.</w:t>
      </w:r>
    </w:p>
    <w:p w14:paraId="1D5393A3" w14:textId="77777777" w:rsidR="00454CCA" w:rsidRDefault="00000000">
      <w:pPr>
        <w:pStyle w:val="1"/>
      </w:pPr>
      <w:r>
        <w:t>1. Цели обработки</w:t>
      </w:r>
    </w:p>
    <w:p w14:paraId="2A539734" w14:textId="54196E8D" w:rsidR="00454CCA" w:rsidRPr="005534A1" w:rsidRDefault="00000000">
      <w:pPr>
        <w:pStyle w:val="a0"/>
        <w:rPr>
          <w:lang w:val="ru-RU"/>
        </w:rPr>
      </w:pPr>
      <w:r w:rsidRPr="005534A1">
        <w:rPr>
          <w:lang w:val="ru-RU"/>
        </w:rPr>
        <w:t xml:space="preserve">принять и зарегистрировать научную </w:t>
      </w:r>
      <w:r w:rsidR="007B7569" w:rsidRPr="005534A1">
        <w:rPr>
          <w:lang w:val="ru-RU"/>
        </w:rPr>
        <w:t>статью доклада для</w:t>
      </w:r>
      <w:r w:rsidRPr="005534A1">
        <w:rPr>
          <w:lang w:val="ru-RU"/>
        </w:rPr>
        <w:t xml:space="preserve"> </w:t>
      </w:r>
      <w:r w:rsidR="007B7569" w:rsidRPr="005534A1">
        <w:rPr>
          <w:lang w:val="ru-RU"/>
        </w:rPr>
        <w:t xml:space="preserve">Сборника Материалов                             </w:t>
      </w:r>
      <w:r w:rsidRPr="005534A1">
        <w:t>XIII</w:t>
      </w:r>
      <w:r w:rsidRPr="005534A1">
        <w:rPr>
          <w:lang w:val="ru-RU"/>
        </w:rPr>
        <w:t xml:space="preserve"> Международного </w:t>
      </w:r>
      <w:r w:rsidR="007B7569" w:rsidRPr="005534A1">
        <w:rPr>
          <w:lang w:val="ru-RU"/>
        </w:rPr>
        <w:t>Н</w:t>
      </w:r>
      <w:r w:rsidRPr="005534A1">
        <w:rPr>
          <w:lang w:val="ru-RU"/>
        </w:rPr>
        <w:t xml:space="preserve">аучного </w:t>
      </w:r>
      <w:r w:rsidR="007B7569" w:rsidRPr="005534A1">
        <w:rPr>
          <w:lang w:val="ru-RU"/>
        </w:rPr>
        <w:t>К</w:t>
      </w:r>
      <w:r w:rsidRPr="005534A1">
        <w:rPr>
          <w:lang w:val="ru-RU"/>
        </w:rPr>
        <w:t>онгресса «Спорт</w:t>
      </w:r>
      <w:r w:rsidR="007B7569" w:rsidRPr="005534A1">
        <w:rPr>
          <w:lang w:val="ru-RU"/>
        </w:rPr>
        <w:t>,</w:t>
      </w:r>
      <w:r w:rsidRPr="005534A1">
        <w:rPr>
          <w:lang w:val="ru-RU"/>
        </w:rPr>
        <w:t xml:space="preserve"> Человек</w:t>
      </w:r>
      <w:r w:rsidR="007B7569" w:rsidRPr="005534A1">
        <w:rPr>
          <w:lang w:val="ru-RU"/>
        </w:rPr>
        <w:t xml:space="preserve">, </w:t>
      </w:r>
      <w:r w:rsidRPr="005534A1">
        <w:rPr>
          <w:lang w:val="ru-RU"/>
        </w:rPr>
        <w:t>Здоровье»;</w:t>
      </w:r>
    </w:p>
    <w:p w14:paraId="63DC6833" w14:textId="1136A9F4" w:rsidR="00454CCA" w:rsidRPr="005534A1" w:rsidRDefault="00000000">
      <w:pPr>
        <w:pStyle w:val="a0"/>
        <w:rPr>
          <w:lang w:val="ru-RU"/>
        </w:rPr>
      </w:pPr>
      <w:r w:rsidRPr="005534A1">
        <w:rPr>
          <w:lang w:val="ru-RU"/>
        </w:rPr>
        <w:t xml:space="preserve">проверить </w:t>
      </w:r>
      <w:r w:rsidR="007B7569" w:rsidRPr="005534A1">
        <w:rPr>
          <w:lang w:val="ru-RU"/>
        </w:rPr>
        <w:t xml:space="preserve">соответствие требованиям к публикации статьи, </w:t>
      </w:r>
      <w:r w:rsidRPr="005534A1">
        <w:rPr>
          <w:lang w:val="ru-RU"/>
        </w:rPr>
        <w:t xml:space="preserve">комплектность, формат и соответствие заявленной </w:t>
      </w:r>
      <w:r w:rsidR="007B7569" w:rsidRPr="005534A1">
        <w:rPr>
          <w:lang w:val="ru-RU"/>
        </w:rPr>
        <w:t xml:space="preserve">теме </w:t>
      </w:r>
      <w:r w:rsidRPr="005534A1">
        <w:rPr>
          <w:lang w:val="ru-RU"/>
        </w:rPr>
        <w:t>научной секции;</w:t>
      </w:r>
    </w:p>
    <w:p w14:paraId="19966337" w14:textId="77777777" w:rsidR="00454CCA" w:rsidRPr="005534A1" w:rsidRDefault="00000000">
      <w:pPr>
        <w:pStyle w:val="a0"/>
        <w:rPr>
          <w:lang w:val="ru-RU"/>
        </w:rPr>
      </w:pPr>
      <w:r w:rsidRPr="005534A1">
        <w:rPr>
          <w:lang w:val="ru-RU"/>
        </w:rPr>
        <w:t>организовать редакционное и научное рецензирование;</w:t>
      </w:r>
    </w:p>
    <w:p w14:paraId="39690408" w14:textId="77777777" w:rsidR="00454CCA" w:rsidRPr="005534A1" w:rsidRDefault="00000000">
      <w:pPr>
        <w:pStyle w:val="a0"/>
        <w:rPr>
          <w:lang w:val="ru-RU"/>
        </w:rPr>
      </w:pPr>
      <w:r w:rsidRPr="005534A1">
        <w:rPr>
          <w:lang w:val="ru-RU"/>
        </w:rPr>
        <w:t>выявлять возможные дубликаты, нарушения требований и конфликт интересов;</w:t>
      </w:r>
    </w:p>
    <w:p w14:paraId="0CCC7296" w14:textId="77777777" w:rsidR="00454CCA" w:rsidRPr="005534A1" w:rsidRDefault="00000000">
      <w:pPr>
        <w:pStyle w:val="a0"/>
        <w:rPr>
          <w:lang w:val="ru-RU"/>
        </w:rPr>
      </w:pPr>
      <w:r w:rsidRPr="005534A1">
        <w:rPr>
          <w:lang w:val="ru-RU"/>
        </w:rPr>
        <w:t>запрашивать исправления и сообщать автору о статусе работы;</w:t>
      </w:r>
    </w:p>
    <w:p w14:paraId="1A54A981" w14:textId="5890B8D6" w:rsidR="00454CCA" w:rsidRPr="005534A1" w:rsidRDefault="00000000">
      <w:pPr>
        <w:pStyle w:val="a0"/>
        <w:rPr>
          <w:lang w:val="ru-RU"/>
        </w:rPr>
      </w:pPr>
      <w:r w:rsidRPr="005534A1">
        <w:rPr>
          <w:lang w:val="ru-RU"/>
        </w:rPr>
        <w:t xml:space="preserve">формировать </w:t>
      </w:r>
      <w:r w:rsidR="007B7569" w:rsidRPr="005534A1">
        <w:rPr>
          <w:lang w:val="ru-RU"/>
        </w:rPr>
        <w:t>С</w:t>
      </w:r>
      <w:r w:rsidRPr="005534A1">
        <w:rPr>
          <w:lang w:val="ru-RU"/>
        </w:rPr>
        <w:t xml:space="preserve">борник </w:t>
      </w:r>
      <w:r w:rsidR="007B7569" w:rsidRPr="005534A1">
        <w:rPr>
          <w:lang w:val="ru-RU"/>
        </w:rPr>
        <w:t xml:space="preserve">Материалов, Программу </w:t>
      </w:r>
      <w:r w:rsidRPr="005534A1">
        <w:rPr>
          <w:lang w:val="ru-RU"/>
        </w:rPr>
        <w:t>и архив только после получения отдельных необходимых согласий и разрешений;</w:t>
      </w:r>
    </w:p>
    <w:p w14:paraId="3CF77881" w14:textId="77777777" w:rsidR="00454CCA" w:rsidRPr="00021C3F" w:rsidRDefault="00000000">
      <w:pPr>
        <w:pStyle w:val="a0"/>
        <w:rPr>
          <w:lang w:val="ru-RU"/>
        </w:rPr>
      </w:pPr>
      <w:r w:rsidRPr="00021C3F">
        <w:rPr>
          <w:lang w:val="ru-RU"/>
        </w:rPr>
        <w:t>вести историю действий и защищать права авторов, Оператора и иных лиц.</w:t>
      </w:r>
    </w:p>
    <w:p w14:paraId="7CD6C101" w14:textId="77777777" w:rsidR="00454CCA" w:rsidRPr="00021C3F" w:rsidRDefault="00000000">
      <w:pPr>
        <w:pStyle w:val="1"/>
        <w:rPr>
          <w:lang w:val="ru-RU"/>
        </w:rPr>
      </w:pPr>
      <w:r w:rsidRPr="00021C3F">
        <w:rPr>
          <w:lang w:val="ru-RU"/>
        </w:rPr>
        <w:t>2. Перечень данных</w:t>
      </w:r>
    </w:p>
    <w:p w14:paraId="55B742E4" w14:textId="77777777" w:rsidR="00454CCA" w:rsidRPr="00021C3F" w:rsidRDefault="00000000">
      <w:pPr>
        <w:keepLines/>
        <w:rPr>
          <w:lang w:val="ru-RU"/>
        </w:rPr>
      </w:pPr>
      <w:r w:rsidRPr="00021C3F">
        <w:rPr>
          <w:lang w:val="ru-RU"/>
        </w:rPr>
        <w:t>Согласие распространяется на сведения, которые я указываю, загружаю или подтверждаю при подаче и сопровождении работы:</w:t>
      </w:r>
    </w:p>
    <w:p w14:paraId="728E0482" w14:textId="77777777" w:rsidR="00454CCA" w:rsidRPr="00021C3F" w:rsidRDefault="00000000">
      <w:pPr>
        <w:pStyle w:val="a0"/>
        <w:rPr>
          <w:lang w:val="ru-RU"/>
        </w:rPr>
      </w:pPr>
      <w:r w:rsidRPr="00021C3F">
        <w:rPr>
          <w:lang w:val="ru-RU"/>
        </w:rPr>
        <w:t xml:space="preserve">ФИО, </w:t>
      </w:r>
      <w:r>
        <w:t>email</w:t>
      </w:r>
      <w:r w:rsidRPr="00021C3F">
        <w:rPr>
          <w:lang w:val="ru-RU"/>
        </w:rPr>
        <w:t>, страна, город, организация, должность, учёная степень и учёное звание из моего профиля участника;</w:t>
      </w:r>
    </w:p>
    <w:p w14:paraId="4D4FEDB4" w14:textId="102F4113" w:rsidR="00454CCA" w:rsidRPr="00021C3F" w:rsidRDefault="00000000">
      <w:pPr>
        <w:pStyle w:val="a0"/>
        <w:rPr>
          <w:lang w:val="ru-RU"/>
        </w:rPr>
      </w:pPr>
      <w:r w:rsidRPr="00021C3F">
        <w:rPr>
          <w:lang w:val="ru-RU"/>
        </w:rPr>
        <w:t>выбранная научная секция, язык и формат выступления;</w:t>
      </w:r>
    </w:p>
    <w:p w14:paraId="0E5F039C" w14:textId="63FE58D4" w:rsidR="00454CCA" w:rsidRPr="00021C3F" w:rsidRDefault="00000000">
      <w:pPr>
        <w:pStyle w:val="a0"/>
        <w:rPr>
          <w:lang w:val="ru-RU"/>
        </w:rPr>
      </w:pPr>
      <w:r w:rsidRPr="00021C3F">
        <w:rPr>
          <w:lang w:val="ru-RU"/>
        </w:rPr>
        <w:t>название работы, основной файл статьи, презентация и технические сведения о файлах;</w:t>
      </w:r>
    </w:p>
    <w:p w14:paraId="6E1A3CC1" w14:textId="7FE01ECF" w:rsidR="00454CCA" w:rsidRPr="00021C3F" w:rsidRDefault="00000000">
      <w:pPr>
        <w:pStyle w:val="a0"/>
        <w:rPr>
          <w:lang w:val="ru-RU"/>
        </w:rPr>
      </w:pPr>
      <w:r w:rsidRPr="00021C3F">
        <w:rPr>
          <w:lang w:val="ru-RU"/>
        </w:rPr>
        <w:t xml:space="preserve">ФИО, </w:t>
      </w:r>
      <w:r>
        <w:t>email</w:t>
      </w:r>
      <w:r w:rsidRPr="00021C3F">
        <w:rPr>
          <w:lang w:val="ru-RU"/>
        </w:rPr>
        <w:t xml:space="preserve"> и организация соавторов — только в объёме, необходимом для идентификации авторского состава и связи;</w:t>
      </w:r>
    </w:p>
    <w:p w14:paraId="7F99A415" w14:textId="77777777" w:rsidR="00454CCA" w:rsidRPr="00021C3F" w:rsidRDefault="00000000">
      <w:pPr>
        <w:pStyle w:val="a0"/>
        <w:rPr>
          <w:lang w:val="ru-RU"/>
        </w:rPr>
      </w:pPr>
      <w:r w:rsidRPr="00021C3F">
        <w:rPr>
          <w:lang w:val="ru-RU"/>
        </w:rPr>
        <w:t>статусы рассмотрения, замечания, ответы, исправленные версии и сведения о принятии, отклонении или отзыве работы;</w:t>
      </w:r>
    </w:p>
    <w:p w14:paraId="4438B017" w14:textId="77777777" w:rsidR="00454CCA" w:rsidRPr="00021C3F" w:rsidRDefault="00000000">
      <w:pPr>
        <w:pStyle w:val="a0"/>
        <w:rPr>
          <w:lang w:val="ru-RU"/>
        </w:rPr>
      </w:pPr>
      <w:r w:rsidRPr="00021C3F">
        <w:rPr>
          <w:lang w:val="ru-RU"/>
        </w:rPr>
        <w:t>дата, время, редакция согласия, идентификаторы учётной записи, регистрации и работы, а также минимально необходимые технические сведения для защиты Сайта и подтверждения действий.</w:t>
      </w:r>
    </w:p>
    <w:p w14:paraId="4DC842F0" w14:textId="77777777" w:rsidR="00454CCA" w:rsidRPr="00021C3F" w:rsidRDefault="00000000">
      <w:pPr>
        <w:pStyle w:val="1"/>
        <w:rPr>
          <w:lang w:val="ru-RU"/>
        </w:rPr>
      </w:pPr>
      <w:r w:rsidRPr="00021C3F">
        <w:rPr>
          <w:lang w:val="ru-RU"/>
        </w:rPr>
        <w:t>3. Действия и способы обработки</w:t>
      </w:r>
    </w:p>
    <w:p w14:paraId="16BCD033" w14:textId="77777777" w:rsidR="00454CCA" w:rsidRPr="00021C3F" w:rsidRDefault="00000000">
      <w:pPr>
        <w:keepLines/>
        <w:rPr>
          <w:lang w:val="ru-RU"/>
        </w:rPr>
      </w:pPr>
      <w:r w:rsidRPr="00021C3F">
        <w:rPr>
          <w:lang w:val="ru-RU"/>
        </w:rPr>
        <w:t>Оператор вправе осуществлять сбор, запись, систематизацию, накопление, хранение, уточнение, извлечение, использование, предоставление уполномоченным членам оргкомитета и научного комитета, блокирование, удаление и уничтожение данных с использованием средств автоматизации и, при необходимости, без них.</w:t>
      </w:r>
    </w:p>
    <w:p w14:paraId="648BF44A" w14:textId="77777777" w:rsidR="00454CCA" w:rsidRPr="005534A1" w:rsidRDefault="00000000">
      <w:pPr>
        <w:keepLines/>
        <w:rPr>
          <w:color w:val="262626" w:themeColor="text1" w:themeTint="D9"/>
          <w:lang w:val="ru-RU"/>
        </w:rPr>
      </w:pPr>
      <w:r w:rsidRPr="005534A1">
        <w:rPr>
          <w:color w:val="262626" w:themeColor="text1" w:themeTint="D9"/>
          <w:lang w:val="ru-RU"/>
        </w:rPr>
        <w:t>Обнародование работы, публикация сведений об авторах и предоставление прав на использование произведения в настоящее согласие не входят и оформляются самостоятельно.</w:t>
      </w:r>
    </w:p>
    <w:p w14:paraId="6827AAD3" w14:textId="77777777" w:rsidR="00454CCA" w:rsidRPr="00021C3F" w:rsidRDefault="00000000">
      <w:pPr>
        <w:pStyle w:val="1"/>
        <w:rPr>
          <w:lang w:val="ru-RU"/>
        </w:rPr>
      </w:pPr>
      <w:r w:rsidRPr="00021C3F">
        <w:rPr>
          <w:lang w:val="ru-RU"/>
        </w:rPr>
        <w:lastRenderedPageBreak/>
        <w:t>4. Соавторы и данные третьих лиц</w:t>
      </w:r>
    </w:p>
    <w:p w14:paraId="54D148BA" w14:textId="77777777" w:rsidR="00454CCA" w:rsidRPr="00021C3F" w:rsidRDefault="00000000">
      <w:pPr>
        <w:keepLines/>
        <w:rPr>
          <w:lang w:val="ru-RU"/>
        </w:rPr>
      </w:pPr>
      <w:r w:rsidRPr="00021C3F">
        <w:rPr>
          <w:lang w:val="ru-RU"/>
        </w:rPr>
        <w:t>Указывая сведения о соавторе, я подтверждаю, что сообщил ему об Операторе, целях и способах обработки, получил законное основание передать сведения и могу подтвердить свои полномочия по запросу. Я передаю только сведения, необходимые для рассмотрения работы.</w:t>
      </w:r>
    </w:p>
    <w:p w14:paraId="7BDFECDF" w14:textId="77777777" w:rsidR="00454CCA" w:rsidRPr="00021C3F" w:rsidRDefault="00000000">
      <w:pPr>
        <w:keepLines/>
        <w:rPr>
          <w:lang w:val="ru-RU"/>
        </w:rPr>
      </w:pPr>
      <w:r w:rsidRPr="00021C3F">
        <w:rPr>
          <w:lang w:val="ru-RU"/>
        </w:rPr>
        <w:t>Оператор вправе связаться с соавтором для подтверждения авторства и обработки данных. До получения самостоятельного подтверждения соавтора или иного доказанного законного основания его сведения не должны публиковаться в открытом доступе.</w:t>
      </w:r>
    </w:p>
    <w:p w14:paraId="588F1707" w14:textId="77777777" w:rsidR="00454CCA" w:rsidRPr="00021C3F" w:rsidRDefault="00000000">
      <w:pPr>
        <w:pStyle w:val="1"/>
        <w:rPr>
          <w:lang w:val="ru-RU"/>
        </w:rPr>
      </w:pPr>
      <w:r w:rsidRPr="00021C3F">
        <w:rPr>
          <w:lang w:val="ru-RU"/>
        </w:rPr>
        <w:t>5. Медицинские и иные чувствительные сведения</w:t>
      </w:r>
    </w:p>
    <w:p w14:paraId="047356AA" w14:textId="77777777" w:rsidR="00454CCA" w:rsidRPr="00021C3F" w:rsidRDefault="00000000">
      <w:pPr>
        <w:keepLines/>
        <w:rPr>
          <w:lang w:val="ru-RU"/>
        </w:rPr>
      </w:pPr>
      <w:r w:rsidRPr="00021C3F">
        <w:rPr>
          <w:lang w:val="ru-RU"/>
        </w:rPr>
        <w:t>Я не загружаю идентифицируемые сведения о здоровье, медицинские документы, фотографии пациентов или участников исследований, биометрические данные, сведения о частной жизни и иные специальные категории персональных данных третьих лиц без надлежащего законного основания, необходимых согласий и, когда применимо, этического одобрения.</w:t>
      </w:r>
    </w:p>
    <w:p w14:paraId="57D0798B" w14:textId="77777777" w:rsidR="00454CCA" w:rsidRPr="00021C3F" w:rsidRDefault="00000000">
      <w:pPr>
        <w:keepLines/>
        <w:rPr>
          <w:lang w:val="ru-RU"/>
        </w:rPr>
      </w:pPr>
      <w:r w:rsidRPr="00021C3F">
        <w:rPr>
          <w:lang w:val="ru-RU"/>
        </w:rPr>
        <w:t>Материалы исследований должны быть обезличены так, чтобы Оператор и читатель не могли определить конкретного человека. Настоящее согласие не является согласием пациентов или участников исследования и не легализует передачу их данных.</w:t>
      </w:r>
    </w:p>
    <w:p w14:paraId="73D3B5C4" w14:textId="77777777" w:rsidR="00454CCA" w:rsidRPr="00021C3F" w:rsidRDefault="00000000">
      <w:pPr>
        <w:pStyle w:val="1"/>
        <w:rPr>
          <w:lang w:val="ru-RU"/>
        </w:rPr>
      </w:pPr>
      <w:r w:rsidRPr="00021C3F">
        <w:rPr>
          <w:lang w:val="ru-RU"/>
        </w:rPr>
        <w:t>6. Лица, привлекаемые Оператором</w:t>
      </w:r>
    </w:p>
    <w:p w14:paraId="1BF10C1A" w14:textId="77777777" w:rsidR="00454CCA" w:rsidRPr="00021C3F" w:rsidRDefault="00000000">
      <w:pPr>
        <w:keepLines/>
        <w:rPr>
          <w:lang w:val="ru-RU"/>
        </w:rPr>
      </w:pPr>
      <w:r w:rsidRPr="00021C3F">
        <w:rPr>
          <w:lang w:val="ru-RU"/>
        </w:rPr>
        <w:t>Для работы Сайта Оператор вправе поручать обработку поставщикам услуг размещения и технической поддержки, защищённого хранения файлов, почты и доставки сервисных сообщений. Они получают только необходимый для своей функции объём данных, действуют по поручению Оператора и обязаны обеспечивать конфиденциальность и безопасность.</w:t>
      </w:r>
    </w:p>
    <w:p w14:paraId="096A0A81" w14:textId="77777777" w:rsidR="00454CCA" w:rsidRPr="00021C3F" w:rsidRDefault="00000000">
      <w:pPr>
        <w:keepLines/>
        <w:rPr>
          <w:lang w:val="ru-RU"/>
        </w:rPr>
      </w:pPr>
      <w:r w:rsidRPr="00021C3F">
        <w:rPr>
          <w:lang w:val="ru-RU"/>
        </w:rPr>
        <w:t>Доступ к содержанию работ получают только уполномоченные организаторы, редакторы и рецензенты, которым он необходим для выполнения их функций.</w:t>
      </w:r>
    </w:p>
    <w:p w14:paraId="4421AE29" w14:textId="77777777" w:rsidR="00454CCA" w:rsidRPr="00021C3F" w:rsidRDefault="00000000">
      <w:pPr>
        <w:pStyle w:val="1"/>
        <w:rPr>
          <w:lang w:val="ru-RU"/>
        </w:rPr>
      </w:pPr>
      <w:r w:rsidRPr="00021C3F">
        <w:rPr>
          <w:lang w:val="ru-RU"/>
        </w:rPr>
        <w:t>7. Срок действия и хранение</w:t>
      </w:r>
    </w:p>
    <w:p w14:paraId="5B2336AE" w14:textId="77777777" w:rsidR="00454CCA" w:rsidRPr="00021C3F" w:rsidRDefault="00000000">
      <w:pPr>
        <w:keepLines/>
        <w:rPr>
          <w:lang w:val="ru-RU"/>
        </w:rPr>
      </w:pPr>
      <w:r w:rsidRPr="00021C3F">
        <w:rPr>
          <w:lang w:val="ru-RU"/>
        </w:rPr>
        <w:t>Согласие действует с момента подтверждения до завершения рассмотрения, публикационного цикла и обязательного хранения материалов либо до отзыва — в зависимости от применимого законного основания. Отклонённые, отозванные и принятые работы могут иметь разные сроки хранения; окончательные сроки утверждаются Оператором до открытия реальной подачи и раскрываются автору.</w:t>
      </w:r>
    </w:p>
    <w:p w14:paraId="70F59E9B" w14:textId="77777777" w:rsidR="00454CCA" w:rsidRPr="00021C3F" w:rsidRDefault="00000000">
      <w:pPr>
        <w:keepLines/>
        <w:rPr>
          <w:lang w:val="ru-RU"/>
        </w:rPr>
      </w:pPr>
      <w:r w:rsidRPr="00021C3F">
        <w:rPr>
          <w:lang w:val="ru-RU"/>
        </w:rPr>
        <w:t>После достижения целей или утраты основания данные удаляются либо уничтожаются, кроме сведений, которые Оператор обязан или вправе хранить для исполнения закона, разрешения спора и защиты авторских прав.</w:t>
      </w:r>
    </w:p>
    <w:p w14:paraId="19D281A5" w14:textId="77777777" w:rsidR="00454CCA" w:rsidRPr="00021C3F" w:rsidRDefault="00000000">
      <w:pPr>
        <w:pStyle w:val="1"/>
        <w:rPr>
          <w:lang w:val="ru-RU"/>
        </w:rPr>
      </w:pPr>
      <w:r w:rsidRPr="00021C3F">
        <w:rPr>
          <w:lang w:val="ru-RU"/>
        </w:rPr>
        <w:t>8. Отзыв согласия и права автора</w:t>
      </w:r>
    </w:p>
    <w:p w14:paraId="3BC4489F" w14:textId="77777777" w:rsidR="00454CCA" w:rsidRPr="00021C3F" w:rsidRDefault="00000000">
      <w:pPr>
        <w:keepLines/>
        <w:rPr>
          <w:lang w:val="ru-RU"/>
        </w:rPr>
      </w:pPr>
      <w:r w:rsidRPr="00021C3F">
        <w:rPr>
          <w:lang w:val="ru-RU"/>
        </w:rPr>
        <w:t xml:space="preserve">Я могу отозвать согласие, запросить сведения об обработке, уточнение, блокирование или уничтожение данных, направив заявление на </w:t>
      </w:r>
      <w:r>
        <w:rPr>
          <w:rFonts w:ascii="Consolas" w:hAnsi="Consolas"/>
          <w:color w:val="26486E"/>
          <w:sz w:val="19"/>
        </w:rPr>
        <w:t>info</w:t>
      </w:r>
      <w:r w:rsidRPr="00021C3F">
        <w:rPr>
          <w:rFonts w:ascii="Consolas" w:hAnsi="Consolas"/>
          <w:color w:val="26486E"/>
          <w:sz w:val="19"/>
          <w:lang w:val="ru-RU"/>
        </w:rPr>
        <w:t>@</w:t>
      </w:r>
      <w:r>
        <w:rPr>
          <w:rFonts w:ascii="Consolas" w:hAnsi="Consolas"/>
          <w:color w:val="26486E"/>
          <w:sz w:val="19"/>
        </w:rPr>
        <w:t>sport</w:t>
      </w:r>
      <w:r w:rsidRPr="00021C3F">
        <w:rPr>
          <w:rFonts w:ascii="Consolas" w:hAnsi="Consolas"/>
          <w:color w:val="26486E"/>
          <w:sz w:val="19"/>
          <w:lang w:val="ru-RU"/>
        </w:rPr>
        <w:t>-</w:t>
      </w:r>
      <w:r>
        <w:rPr>
          <w:rFonts w:ascii="Consolas" w:hAnsi="Consolas"/>
          <w:color w:val="26486E"/>
          <w:sz w:val="19"/>
        </w:rPr>
        <w:t>health</w:t>
      </w:r>
      <w:r w:rsidRPr="00021C3F">
        <w:rPr>
          <w:rFonts w:ascii="Consolas" w:hAnsi="Consolas"/>
          <w:color w:val="26486E"/>
          <w:sz w:val="19"/>
          <w:lang w:val="ru-RU"/>
        </w:rPr>
        <w:t>.</w:t>
      </w:r>
      <w:proofErr w:type="spellStart"/>
      <w:r>
        <w:rPr>
          <w:rFonts w:ascii="Consolas" w:hAnsi="Consolas"/>
          <w:color w:val="26486E"/>
          <w:sz w:val="19"/>
        </w:rPr>
        <w:t>ru</w:t>
      </w:r>
      <w:proofErr w:type="spellEnd"/>
      <w:r w:rsidRPr="00021C3F">
        <w:rPr>
          <w:lang w:val="ru-RU"/>
        </w:rPr>
        <w:t xml:space="preserve"> или по адресу: 191186, г. Санкт-Петербург, ул. Малая Морская, д. 8, литер А, офис 24.</w:t>
      </w:r>
    </w:p>
    <w:p w14:paraId="7422BFA5" w14:textId="77777777" w:rsidR="00454CCA" w:rsidRPr="00021C3F" w:rsidRDefault="00000000">
      <w:pPr>
        <w:keepLines/>
        <w:rPr>
          <w:lang w:val="ru-RU"/>
        </w:rPr>
      </w:pPr>
      <w:r w:rsidRPr="00021C3F">
        <w:rPr>
          <w:lang w:val="ru-RU"/>
        </w:rPr>
        <w:t xml:space="preserve">В заявлении необходимо указать ФИО, </w:t>
      </w:r>
      <w:r>
        <w:t>email</w:t>
      </w:r>
      <w:r w:rsidRPr="00021C3F">
        <w:rPr>
          <w:lang w:val="ru-RU"/>
        </w:rPr>
        <w:t xml:space="preserve"> учётной записи и номер работы, если он присвоен. Оператор вправе запросить разумное подтверждение личности.</w:t>
      </w:r>
    </w:p>
    <w:p w14:paraId="741F0C82" w14:textId="77777777" w:rsidR="00454CCA" w:rsidRPr="00021C3F" w:rsidRDefault="00000000">
      <w:pPr>
        <w:keepLines/>
        <w:rPr>
          <w:lang w:val="ru-RU"/>
        </w:rPr>
      </w:pPr>
      <w:r w:rsidRPr="00021C3F">
        <w:rPr>
          <w:lang w:val="ru-RU"/>
        </w:rPr>
        <w:t>Отзыв не влияет на законность обработки до его получения. Если работа уже опубликована либо у Оператора есть иное предусмотренное законом основание, немедленное удаление всех экземпляров может быть невозможно; последствия рассматриваются с учётом стадии публикации и прав иных лиц.</w:t>
      </w:r>
    </w:p>
    <w:p w14:paraId="662FC2E6" w14:textId="77777777" w:rsidR="00454CCA" w:rsidRPr="00021C3F" w:rsidRDefault="00000000">
      <w:pPr>
        <w:pStyle w:val="1"/>
        <w:rPr>
          <w:lang w:val="ru-RU"/>
        </w:rPr>
      </w:pPr>
      <w:r w:rsidRPr="00021C3F">
        <w:rPr>
          <w:lang w:val="ru-RU"/>
        </w:rPr>
        <w:lastRenderedPageBreak/>
        <w:t>9. Последствия отказа</w:t>
      </w:r>
    </w:p>
    <w:p w14:paraId="5154CC24" w14:textId="77777777" w:rsidR="00454CCA" w:rsidRPr="00021C3F" w:rsidRDefault="00000000">
      <w:pPr>
        <w:keepLines/>
        <w:rPr>
          <w:lang w:val="ru-RU"/>
        </w:rPr>
      </w:pPr>
      <w:r w:rsidRPr="00021C3F">
        <w:rPr>
          <w:lang w:val="ru-RU"/>
        </w:rPr>
        <w:t>Согласие добровольно. Без него Оператор не сможет принять работу через Сайт, организовать рецензирование и сообщать о ходе рассмотрения. Регистрация на Конгресс и иные не связанные с подачей функции не должны зависеть от этого согласия.</w:t>
      </w:r>
    </w:p>
    <w:p w14:paraId="3D287212" w14:textId="77777777" w:rsidR="00454CCA" w:rsidRPr="00021C3F" w:rsidRDefault="00000000">
      <w:pPr>
        <w:pStyle w:val="1"/>
        <w:rPr>
          <w:lang w:val="ru-RU"/>
        </w:rPr>
      </w:pPr>
      <w:r w:rsidRPr="00021C3F">
        <w:rPr>
          <w:lang w:val="ru-RU"/>
        </w:rPr>
        <w:t>10. Электронное подтверждение</w:t>
      </w:r>
    </w:p>
    <w:p w14:paraId="53ACF315" w14:textId="77777777" w:rsidR="00454CCA" w:rsidRPr="00021C3F" w:rsidRDefault="00000000">
      <w:pPr>
        <w:keepLines/>
        <w:rPr>
          <w:lang w:val="ru-RU"/>
        </w:rPr>
      </w:pPr>
      <w:r w:rsidRPr="00021C3F">
        <w:rPr>
          <w:lang w:val="ru-RU"/>
        </w:rPr>
        <w:t>Согласие подтверждается отдельным активным действием: я самостоятельно устанавливаю не отмеченную заранее галочку рядом со ссылкой на полный текст и отправляю работу. Оператор фиксирует вид и редакцию согласия, дату и время, идентификаторы пользователя и работы и минимально необходимые сведения для подтверждения волеизъявления.</w:t>
      </w:r>
    </w:p>
    <w:p w14:paraId="2CF63E9A" w14:textId="77777777" w:rsidR="00454CCA" w:rsidRPr="00021C3F" w:rsidRDefault="00000000">
      <w:pPr>
        <w:keepLines/>
        <w:rPr>
          <w:lang w:val="ru-RU"/>
        </w:rPr>
      </w:pPr>
      <w:r w:rsidRPr="00021C3F">
        <w:rPr>
          <w:lang w:val="ru-RU"/>
        </w:rPr>
        <w:t>Настоящее согласие подтверждается отдельно от правил публикации, разрешения на распространение персональных данных, фото/видео и рекламных сообщений.</w:t>
      </w:r>
    </w:p>
    <w:p w14:paraId="78A576A6" w14:textId="11854E64" w:rsidR="00454CCA" w:rsidRPr="00021C3F" w:rsidRDefault="00454CCA">
      <w:pPr>
        <w:keepLines/>
        <w:rPr>
          <w:lang w:val="ru-RU"/>
        </w:rPr>
      </w:pPr>
    </w:p>
    <w:sectPr w:rsidR="00454CCA" w:rsidRPr="00021C3F" w:rsidSect="00034616">
      <w:footerReference w:type="default" r:id="rId8"/>
      <w:pgSz w:w="11906" w:h="16838"/>
      <w:pgMar w:top="1332" w:right="1247" w:bottom="1247" w:left="1417" w:header="454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DE4B71" w14:textId="77777777" w:rsidR="00781C0E" w:rsidRDefault="00781C0E">
      <w:pPr>
        <w:spacing w:after="0" w:line="240" w:lineRule="auto"/>
      </w:pPr>
      <w:r>
        <w:separator/>
      </w:r>
    </w:p>
  </w:endnote>
  <w:endnote w:type="continuationSeparator" w:id="0">
    <w:p w14:paraId="708C2E77" w14:textId="77777777" w:rsidR="00781C0E" w:rsidRDefault="00781C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onsolas">
    <w:altName w:val="Consolas"/>
    <w:panose1 w:val="020B0609020204030204"/>
    <w:charset w:val="CC"/>
    <w:family w:val="modern"/>
    <w:pitch w:val="fixed"/>
    <w:sig w:usb0="E10006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32D62" w14:textId="77777777" w:rsidR="00454CCA" w:rsidRDefault="00000000">
    <w:pPr>
      <w:pStyle w:val="a7"/>
      <w:jc w:val="center"/>
    </w:pPr>
    <w:proofErr w:type="spellStart"/>
    <w:r>
      <w:rPr>
        <w:color w:val="5B677A"/>
        <w:sz w:val="18"/>
      </w:rPr>
      <w:t>Страница</w:t>
    </w:r>
    <w:proofErr w:type="spellEnd"/>
    <w:r>
      <w:rPr>
        <w:color w:val="5B677A"/>
        <w:sz w:val="18"/>
      </w:rPr>
      <w:t xml:space="preserve"> </w:t>
    </w:r>
    <w:r>
      <w:rPr>
        <w:color w:val="5B677A"/>
        <w:sz w:val="18"/>
      </w:rPr>
      <w:fldChar w:fldCharType="begin"/>
    </w:r>
    <w:r>
      <w:rPr>
        <w:color w:val="5B677A"/>
        <w:sz w:val="18"/>
      </w:rPr>
      <w:instrText>PAGE</w:instrText>
    </w:r>
    <w:r>
      <w:rPr>
        <w:color w:val="5B677A"/>
        <w:sz w:val="18"/>
      </w:rPr>
      <w:fldChar w:fldCharType="separate"/>
    </w:r>
    <w:r w:rsidR="00021C3F">
      <w:rPr>
        <w:noProof/>
        <w:color w:val="5B677A"/>
        <w:sz w:val="18"/>
      </w:rPr>
      <w:t>1</w:t>
    </w:r>
    <w:r>
      <w:rPr>
        <w:color w:val="5B677A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D88CA4" w14:textId="77777777" w:rsidR="00781C0E" w:rsidRDefault="00781C0E">
      <w:pPr>
        <w:spacing w:after="0" w:line="240" w:lineRule="auto"/>
      </w:pPr>
      <w:r>
        <w:separator/>
      </w:r>
    </w:p>
  </w:footnote>
  <w:footnote w:type="continuationSeparator" w:id="0">
    <w:p w14:paraId="56C815CD" w14:textId="77777777" w:rsidR="00781C0E" w:rsidRDefault="00781C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32889234">
    <w:abstractNumId w:val="8"/>
  </w:num>
  <w:num w:numId="2" w16cid:durableId="1024944337">
    <w:abstractNumId w:val="6"/>
  </w:num>
  <w:num w:numId="3" w16cid:durableId="1813675446">
    <w:abstractNumId w:val="5"/>
  </w:num>
  <w:num w:numId="4" w16cid:durableId="811286824">
    <w:abstractNumId w:val="4"/>
  </w:num>
  <w:num w:numId="5" w16cid:durableId="1822039556">
    <w:abstractNumId w:val="7"/>
  </w:num>
  <w:num w:numId="6" w16cid:durableId="1933779148">
    <w:abstractNumId w:val="3"/>
  </w:num>
  <w:num w:numId="7" w16cid:durableId="629746454">
    <w:abstractNumId w:val="2"/>
  </w:num>
  <w:num w:numId="8" w16cid:durableId="247352104">
    <w:abstractNumId w:val="1"/>
  </w:num>
  <w:num w:numId="9" w16cid:durableId="5153149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1C3F"/>
    <w:rsid w:val="00034616"/>
    <w:rsid w:val="0006063C"/>
    <w:rsid w:val="000B778E"/>
    <w:rsid w:val="0015074B"/>
    <w:rsid w:val="0019457E"/>
    <w:rsid w:val="0029639D"/>
    <w:rsid w:val="002D2D41"/>
    <w:rsid w:val="00326F90"/>
    <w:rsid w:val="0037119E"/>
    <w:rsid w:val="00454CCA"/>
    <w:rsid w:val="005534A1"/>
    <w:rsid w:val="00781C0E"/>
    <w:rsid w:val="007B7569"/>
    <w:rsid w:val="00994873"/>
    <w:rsid w:val="00A10BFE"/>
    <w:rsid w:val="00AA1D8D"/>
    <w:rsid w:val="00B47730"/>
    <w:rsid w:val="00C87976"/>
    <w:rsid w:val="00CB0664"/>
    <w:rsid w:val="00D72CF7"/>
    <w:rsid w:val="00FC693F"/>
    <w:rsid w:val="00FE7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200E85"/>
  <w14:defaultImageDpi w14:val="300"/>
  <w15:docId w15:val="{EEF56B9F-8D73-CA4A-A078-BC38FB922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80" w:line="252" w:lineRule="auto"/>
    </w:pPr>
    <w:rPr>
      <w:rFonts w:ascii="Calibri" w:hAnsi="Calibri"/>
      <w:color w:val="1F2937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/>
      <w:b/>
      <w:bCs/>
      <w:color w:val="2E5F93"/>
      <w:sz w:val="31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/>
      <w:b/>
      <w:bCs/>
      <w:color w:val="2E5F93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1F4D78"/>
      <w:sz w:val="23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after="240" w:line="240" w:lineRule="auto"/>
      <w:contextualSpacing/>
    </w:pPr>
    <w:rPr>
      <w:rFonts w:asciiTheme="majorHAnsi" w:eastAsiaTheme="majorEastAsia" w:hAnsiTheme="majorHAnsi" w:cstheme="majorBidi"/>
      <w:b/>
      <w:color w:val="2E5F93"/>
      <w:spacing w:val="5"/>
      <w:kern w:val="28"/>
      <w:sz w:val="36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spacing w:after="60"/>
      <w:ind w:left="369" w:hanging="198"/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spacing w:after="60"/>
      <w:ind w:left="369" w:hanging="198"/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936</Words>
  <Characters>5340</Characters>
  <Application>Microsoft Office Word</Application>
  <DocSecurity>0</DocSecurity>
  <Lines>44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6264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Проект публичного документа Sport Health Platform</dc:subject>
  <dc:creator>Sport Health Platform</dc:creator>
  <cp:keywords>персональные данные, cookies, пользовательское соглашение, условия участия, оплата, партнёрское обращение, научная публикация, соавторы, использование изображения</cp:keywords>
  <dc:description/>
  <cp:lastModifiedBy>Julia</cp:lastModifiedBy>
  <cp:revision>6</cp:revision>
  <dcterms:created xsi:type="dcterms:W3CDTF">2026-08-22T20:25:00Z</dcterms:created>
  <dcterms:modified xsi:type="dcterms:W3CDTF">2026-08-29T13:31:00Z</dcterms:modified>
  <cp:category/>
</cp:coreProperties>
</file>