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0DAA" w14:textId="77777777" w:rsidR="0045391E" w:rsidRPr="007A4E7D" w:rsidRDefault="00000000">
      <w:pPr>
        <w:pStyle w:val="aa"/>
        <w:rPr>
          <w:lang w:val="ru-RU"/>
        </w:rPr>
      </w:pPr>
      <w:r w:rsidRPr="007A4E7D">
        <w:rPr>
          <w:lang w:val="ru-RU"/>
        </w:rPr>
        <w:t>Согласие на обработку персональных данных при загрузке подтверждения оплаты</w:t>
      </w:r>
    </w:p>
    <w:p w14:paraId="04F1014B" w14:textId="77777777" w:rsidR="00804A98" w:rsidRPr="00F751C9" w:rsidRDefault="00804A98" w:rsidP="00804A98">
      <w:pPr>
        <w:pStyle w:val="1"/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</w:pP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>Редакция согласия от 10 августа 2026 года</w:t>
      </w: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br/>
        <w:t>Версия 1.0</w:t>
      </w:r>
    </w:p>
    <w:p w14:paraId="186B7FD7" w14:textId="77777777" w:rsidR="0045391E" w:rsidRPr="007A4E7D" w:rsidRDefault="00000000">
      <w:pPr>
        <w:pStyle w:val="1"/>
        <w:rPr>
          <w:lang w:val="ru-RU"/>
        </w:rPr>
      </w:pPr>
      <w:r w:rsidRPr="007A4E7D">
        <w:rPr>
          <w:lang w:val="ru-RU"/>
        </w:rPr>
        <w:t>Текст согласия</w:t>
      </w:r>
    </w:p>
    <w:p w14:paraId="6F1416D2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 xml:space="preserve">Я, пользователь сайта </w:t>
      </w:r>
      <w:r>
        <w:rPr>
          <w:rFonts w:ascii="Consolas" w:hAnsi="Consolas"/>
          <w:color w:val="26486E"/>
          <w:sz w:val="19"/>
        </w:rPr>
        <w:t>https</w:t>
      </w:r>
      <w:r w:rsidRPr="007A4E7D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A4E7D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A4E7D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A4E7D">
        <w:rPr>
          <w:lang w:val="ru-RU"/>
        </w:rPr>
        <w:t>, свободно, своей волей и в своём интересе даю Международной общественной организации содействия науке и спорту «Спорт, Человек, Здоровье» (МОО «Спорт, Человек, Здоровье»), ОГРН 1117800001274, ИНН 7814160983, КПП 781401001, юридический адрес: 197342, г. Санкт-Петербург, Выборгская наб., д. 61, офис 406 (далее — Оператор), отдельное согласие на обработку моих персональных данных при загрузке чека, квитанции или платёжного поручения (далее — Документ об оплате).</w:t>
      </w:r>
    </w:p>
    <w:p w14:paraId="70BC6D92" w14:textId="77777777" w:rsidR="0045391E" w:rsidRDefault="00000000">
      <w:pPr>
        <w:pStyle w:val="1"/>
      </w:pPr>
      <w:r>
        <w:t>1. Цели обработки</w:t>
      </w:r>
    </w:p>
    <w:p w14:paraId="07C480D7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принять и сохранить Документ об оплате в закрытом разделе личного кабинета;</w:t>
      </w:r>
    </w:p>
    <w:p w14:paraId="188F62E4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сопоставить заявленный платёж с моей регистрацией, пакетом участия и дополнительными услугами;</w:t>
      </w:r>
    </w:p>
    <w:p w14:paraId="4FD193CD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проверить Документ об оплате и отразить результат проверки;</w:t>
      </w:r>
    </w:p>
    <w:p w14:paraId="36200A8C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при необходимости запросить уточнение или замену документа;</w:t>
      </w:r>
    </w:p>
    <w:p w14:paraId="064165FE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учитывать подтверждённую сумму по выбранным позициям и вести историю проверки и исправлений;</w:t>
      </w:r>
    </w:p>
    <w:p w14:paraId="15F27F8B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направлять сервисные уведомления о результате проверки или необходимости моего действия;</w:t>
      </w:r>
    </w:p>
    <w:p w14:paraId="1313A8CD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исполнять обязанности Оператора по бухгалтерскому, налоговому и иному обязательному учёту, а также защищать права сторон.</w:t>
      </w:r>
    </w:p>
    <w:p w14:paraId="743F87E0" w14:textId="77777777" w:rsidR="0045391E" w:rsidRPr="007A4E7D" w:rsidRDefault="00000000">
      <w:pPr>
        <w:pStyle w:val="1"/>
        <w:rPr>
          <w:lang w:val="ru-RU"/>
        </w:rPr>
      </w:pPr>
      <w:r w:rsidRPr="007A4E7D">
        <w:rPr>
          <w:lang w:val="ru-RU"/>
        </w:rPr>
        <w:t>2. Перечень персональных данных</w:t>
      </w:r>
    </w:p>
    <w:p w14:paraId="444CA08C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>Согласие распространяется на:</w:t>
      </w:r>
    </w:p>
    <w:p w14:paraId="4AB80495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 xml:space="preserve">идентификатор моей учётной записи, ФИО, </w:t>
      </w:r>
      <w:r>
        <w:t>email</w:t>
      </w:r>
      <w:r w:rsidRPr="007A4E7D">
        <w:rPr>
          <w:lang w:val="ru-RU"/>
        </w:rPr>
        <w:t xml:space="preserve"> и регистрационный код;</w:t>
      </w:r>
    </w:p>
    <w:p w14:paraId="1094AD49" w14:textId="49D633D9" w:rsidR="0045391E" w:rsidRPr="00CE7D6B" w:rsidRDefault="00000000">
      <w:pPr>
        <w:pStyle w:val="a0"/>
        <w:rPr>
          <w:lang w:val="ru-RU"/>
        </w:rPr>
      </w:pPr>
      <w:r w:rsidRPr="00CE7D6B">
        <w:rPr>
          <w:lang w:val="ru-RU"/>
        </w:rPr>
        <w:t xml:space="preserve">выбранный пакет, </w:t>
      </w:r>
      <w:r w:rsidR="009260B2" w:rsidRPr="00CE7D6B">
        <w:rPr>
          <w:lang w:val="ru-RU"/>
        </w:rPr>
        <w:t xml:space="preserve">оплата публикации статьи в Сборнике Материалов Конгресса, </w:t>
      </w:r>
      <w:r w:rsidRPr="00CE7D6B">
        <w:rPr>
          <w:lang w:val="ru-RU"/>
        </w:rPr>
        <w:t>дополнительные услуги, их стоимость, валюту и статусы;</w:t>
      </w:r>
    </w:p>
    <w:p w14:paraId="32C8853D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указанную мной сумму платежа и необязательный комментарий;</w:t>
      </w:r>
    </w:p>
    <w:p w14:paraId="51AC4615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имя, формат, размер и иные метаданные загруженного файла;</w:t>
      </w:r>
    </w:p>
    <w:p w14:paraId="5909740F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сведения, содержащиеся в Документе об оплате, включая ФИО или наименование плательщика, дату, сумму, назначение платежа, получателя и банковские реквизиты, которые банк включает в документ;</w:t>
      </w:r>
    </w:p>
    <w:p w14:paraId="5AB65AE2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результат проверки, комментарий проверяющего, даты действий и историю замены документа;</w:t>
      </w:r>
    </w:p>
    <w:p w14:paraId="20C97E79" w14:textId="77777777" w:rsidR="0045391E" w:rsidRPr="007A4E7D" w:rsidRDefault="00000000">
      <w:pPr>
        <w:pStyle w:val="a0"/>
        <w:rPr>
          <w:lang w:val="ru-RU"/>
        </w:rPr>
      </w:pPr>
      <w:r w:rsidRPr="007A4E7D">
        <w:rPr>
          <w:lang w:val="ru-RU"/>
        </w:rPr>
        <w:t>минимально необходимые технические и аудиторские сведения, связанные с безопасной загрузкой и фиксацией моего волеизъявления.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41"/>
      </w:tblGrid>
      <w:tr w:rsidR="0045391E" w14:paraId="0E5BFE24" w14:textId="77777777">
        <w:trPr>
          <w:jc w:val="center"/>
        </w:trPr>
        <w:tc>
          <w:tcPr>
            <w:tcW w:w="9241" w:type="dxa"/>
            <w:tcBorders>
              <w:top w:val="single" w:sz="8" w:space="0" w:color="C92A2A"/>
              <w:left w:val="single" w:sz="8" w:space="0" w:color="C92A2A"/>
              <w:bottom w:val="single" w:sz="8" w:space="0" w:color="C92A2A"/>
              <w:right w:val="single" w:sz="8" w:space="0" w:color="C92A2A"/>
            </w:tcBorders>
            <w:shd w:val="clear" w:color="auto" w:fill="FFF0F0"/>
          </w:tcPr>
          <w:p w14:paraId="6D05B0C9" w14:textId="77777777" w:rsidR="0045391E" w:rsidRDefault="00000000">
            <w:pPr>
              <w:spacing w:after="0"/>
            </w:pPr>
            <w:r w:rsidRPr="007A4E7D">
              <w:rPr>
                <w:b/>
                <w:color w:val="C92A2A"/>
                <w:sz w:val="20"/>
                <w:lang w:val="ru-RU"/>
              </w:rPr>
              <w:t xml:space="preserve">Перед загрузкой я проверяю документ и скрываю сведения, которые не нужны для проверки платежа: остаток на счёте, данные других операций, полный номер банковской карты, </w:t>
            </w:r>
            <w:r>
              <w:rPr>
                <w:b/>
                <w:color w:val="C92A2A"/>
                <w:sz w:val="20"/>
              </w:rPr>
              <w:t>CVC</w:t>
            </w:r>
            <w:r w:rsidRPr="007A4E7D">
              <w:rPr>
                <w:b/>
                <w:color w:val="C92A2A"/>
                <w:sz w:val="20"/>
                <w:lang w:val="ru-RU"/>
              </w:rPr>
              <w:t>/</w:t>
            </w:r>
            <w:r>
              <w:rPr>
                <w:b/>
                <w:color w:val="C92A2A"/>
                <w:sz w:val="20"/>
              </w:rPr>
              <w:t>CVV</w:t>
            </w:r>
            <w:r w:rsidRPr="007A4E7D">
              <w:rPr>
                <w:b/>
                <w:color w:val="C92A2A"/>
                <w:sz w:val="20"/>
                <w:lang w:val="ru-RU"/>
              </w:rPr>
              <w:t xml:space="preserve">-код, пароли, паспортные и иные избыточные данные. </w:t>
            </w:r>
            <w:proofErr w:type="spellStart"/>
            <w:r>
              <w:rPr>
                <w:b/>
                <w:color w:val="C92A2A"/>
                <w:sz w:val="20"/>
              </w:rPr>
              <w:t>Сайт</w:t>
            </w:r>
            <w:proofErr w:type="spellEnd"/>
            <w:r>
              <w:rPr>
                <w:b/>
                <w:color w:val="C92A2A"/>
                <w:sz w:val="20"/>
              </w:rPr>
              <w:t xml:space="preserve"> </w:t>
            </w:r>
            <w:proofErr w:type="spellStart"/>
            <w:r>
              <w:rPr>
                <w:b/>
                <w:color w:val="C92A2A"/>
                <w:sz w:val="20"/>
              </w:rPr>
              <w:t>не</w:t>
            </w:r>
            <w:proofErr w:type="spellEnd"/>
            <w:r>
              <w:rPr>
                <w:b/>
                <w:color w:val="C92A2A"/>
                <w:sz w:val="20"/>
              </w:rPr>
              <w:t xml:space="preserve"> </w:t>
            </w:r>
            <w:proofErr w:type="spellStart"/>
            <w:r>
              <w:rPr>
                <w:b/>
                <w:color w:val="C92A2A"/>
                <w:sz w:val="20"/>
              </w:rPr>
              <w:t>запрашивает</w:t>
            </w:r>
            <w:proofErr w:type="spellEnd"/>
            <w:r>
              <w:rPr>
                <w:b/>
                <w:color w:val="C92A2A"/>
                <w:sz w:val="20"/>
              </w:rPr>
              <w:t xml:space="preserve"> </w:t>
            </w:r>
            <w:proofErr w:type="spellStart"/>
            <w:r>
              <w:rPr>
                <w:b/>
                <w:color w:val="C92A2A"/>
                <w:sz w:val="20"/>
              </w:rPr>
              <w:t>данные</w:t>
            </w:r>
            <w:proofErr w:type="spellEnd"/>
            <w:r>
              <w:rPr>
                <w:b/>
                <w:color w:val="C92A2A"/>
                <w:sz w:val="20"/>
              </w:rPr>
              <w:t xml:space="preserve"> банковской карты.</w:t>
            </w:r>
          </w:p>
        </w:tc>
      </w:tr>
    </w:tbl>
    <w:p w14:paraId="7A316CF0" w14:textId="77777777" w:rsidR="0045391E" w:rsidRDefault="0045391E">
      <w:pPr>
        <w:spacing w:after="0"/>
      </w:pPr>
    </w:p>
    <w:p w14:paraId="552D266D" w14:textId="77777777" w:rsidR="0045391E" w:rsidRDefault="00000000">
      <w:pPr>
        <w:pStyle w:val="1"/>
      </w:pPr>
      <w:r>
        <w:lastRenderedPageBreak/>
        <w:t>3. Действия и способы обработки</w:t>
      </w:r>
    </w:p>
    <w:p w14:paraId="40280B60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>Оператор вправе осуществлять сбор, запись, систематизацию, накопление, хранение, уточнение, извлечение, использование, предоставление доступа уполномоченным лицам, блокирование, удаление и уничтожение данных автоматизированным и неавтоматизированным способом.</w:t>
      </w:r>
    </w:p>
    <w:p w14:paraId="5B492B4E" w14:textId="77777777" w:rsidR="0045391E" w:rsidRPr="007A4E7D" w:rsidRDefault="00000000">
      <w:pPr>
        <w:pStyle w:val="1"/>
        <w:rPr>
          <w:lang w:val="ru-RU"/>
        </w:rPr>
      </w:pPr>
      <w:r w:rsidRPr="007A4E7D">
        <w:rPr>
          <w:lang w:val="ru-RU"/>
        </w:rPr>
        <w:t>4. Лица, привлекаемые Оператором</w:t>
      </w:r>
    </w:p>
    <w:p w14:paraId="210F297A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>Оператор вправе поручать обработку поставщикам услуг размещения и технической поддержки Сайта, защищённого хранения файлов, корпоративной почты и доставки сервисных сообщений. Они получают только необходимый объём данных, действуют по поручению Оператора и обязаны соблюдать конфиденциальность и безопасность.</w:t>
      </w:r>
    </w:p>
    <w:p w14:paraId="5DB6F480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>Доступ к Документу об оплате предоставляется только уполномоченным лицам, которым он необходим для проверки платежа, учёта и рассмотрения обращений.</w:t>
      </w:r>
    </w:p>
    <w:p w14:paraId="4ECEC1C5" w14:textId="77777777" w:rsidR="0045391E" w:rsidRPr="007A4E7D" w:rsidRDefault="00000000">
      <w:pPr>
        <w:pStyle w:val="1"/>
        <w:rPr>
          <w:lang w:val="ru-RU"/>
        </w:rPr>
      </w:pPr>
      <w:r w:rsidRPr="007A4E7D">
        <w:rPr>
          <w:lang w:val="ru-RU"/>
        </w:rPr>
        <w:t>5. Срок действия и хранение</w:t>
      </w:r>
    </w:p>
    <w:p w14:paraId="6CEC724A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>Согласие действует с момента электронного подтверждения до достижения целей или отзыва — в зависимости от того, что наступит раньше.</w:t>
      </w:r>
    </w:p>
    <w:p w14:paraId="45E964E9" w14:textId="5E65606F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 xml:space="preserve">После этого данные удаляются или уничтожаются </w:t>
      </w:r>
      <w:r w:rsidR="009260B2" w:rsidRPr="007A4E7D">
        <w:rPr>
          <w:lang w:val="ru-RU"/>
        </w:rPr>
        <w:t>в установленный закон</w:t>
      </w:r>
      <w:r w:rsidRPr="007A4E7D">
        <w:rPr>
          <w:lang w:val="ru-RU"/>
        </w:rPr>
        <w:t xml:space="preserve"> срок, кроме сведений, которые Оператор обязан сохранять на ином законном основании, в том числе для бухгалтерского и налогового учёта или защиты прав сторон.</w:t>
      </w:r>
    </w:p>
    <w:p w14:paraId="25D12B5E" w14:textId="77777777" w:rsidR="0045391E" w:rsidRPr="007A4E7D" w:rsidRDefault="00000000">
      <w:pPr>
        <w:pStyle w:val="1"/>
        <w:rPr>
          <w:lang w:val="ru-RU"/>
        </w:rPr>
      </w:pPr>
      <w:r w:rsidRPr="007A4E7D">
        <w:rPr>
          <w:lang w:val="ru-RU"/>
        </w:rPr>
        <w:t>6. Отзыв согласия и права субъекта</w:t>
      </w:r>
    </w:p>
    <w:p w14:paraId="64797E20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 xml:space="preserve">Я могу отозвать согласие, направив заявление на </w:t>
      </w:r>
      <w:r>
        <w:rPr>
          <w:rFonts w:ascii="Consolas" w:hAnsi="Consolas"/>
          <w:color w:val="26486E"/>
          <w:sz w:val="19"/>
        </w:rPr>
        <w:t>info</w:t>
      </w:r>
      <w:r w:rsidRPr="007A4E7D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A4E7D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A4E7D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A4E7D">
        <w:rPr>
          <w:lang w:val="ru-RU"/>
        </w:rPr>
        <w:t xml:space="preserve"> или по адресу: 191186, г. Санкт-Петербург, ул. Малая Морская, д. 8, литер А, офис 24. В заявлении указываются </w:t>
      </w:r>
      <w:r>
        <w:t>email</w:t>
      </w:r>
      <w:r w:rsidRPr="007A4E7D">
        <w:rPr>
          <w:lang w:val="ru-RU"/>
        </w:rPr>
        <w:t xml:space="preserve"> учётной записи, ФИО и требование об отзыве. Оператор вправе запросить разумное подтверждение личности.</w:t>
      </w:r>
    </w:p>
    <w:p w14:paraId="23E88EAF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>Отзыв не влияет на законность ранее выполненной обработки. Обязательная обработка может быть продолжена при наличии иного законного основания.</w:t>
      </w:r>
    </w:p>
    <w:p w14:paraId="2BB6891F" w14:textId="6179DEFF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 xml:space="preserve">Я вправе запросить сведения об обработке, уточнение, блокирование или уничтожение данных при наличии </w:t>
      </w:r>
      <w:r w:rsidRPr="00CE7D6B">
        <w:rPr>
          <w:lang w:val="ru-RU"/>
        </w:rPr>
        <w:t xml:space="preserve">законных оснований, а также обжаловать действия Оператора в </w:t>
      </w:r>
      <w:r w:rsidR="009260B2" w:rsidRPr="00CE7D6B">
        <w:rPr>
          <w:lang w:val="ru-RU"/>
        </w:rPr>
        <w:t>соответствии с законодательством Российской Федерации.</w:t>
      </w:r>
    </w:p>
    <w:p w14:paraId="14B730EC" w14:textId="77777777" w:rsidR="0045391E" w:rsidRPr="007A4E7D" w:rsidRDefault="00000000">
      <w:pPr>
        <w:pStyle w:val="1"/>
        <w:rPr>
          <w:lang w:val="ru-RU"/>
        </w:rPr>
      </w:pPr>
      <w:r w:rsidRPr="007A4E7D">
        <w:rPr>
          <w:lang w:val="ru-RU"/>
        </w:rPr>
        <w:t>7. Последствия отказа</w:t>
      </w:r>
    </w:p>
    <w:p w14:paraId="52DC8C39" w14:textId="42145185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 xml:space="preserve">Согласие добровольно. Без него я могу сохранить регистрацию и выбранные услуги, но не смогу передать Документ об оплате через личный кабинет. Альтернативный порядок можно уточнить по адресу </w:t>
      </w:r>
      <w:r>
        <w:rPr>
          <w:rFonts w:ascii="Consolas" w:hAnsi="Consolas"/>
          <w:color w:val="26486E"/>
          <w:sz w:val="19"/>
        </w:rPr>
        <w:t>info</w:t>
      </w:r>
      <w:r w:rsidRPr="007A4E7D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A4E7D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A4E7D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71FC5347" w14:textId="77777777" w:rsidR="0045391E" w:rsidRPr="007A4E7D" w:rsidRDefault="00000000">
      <w:pPr>
        <w:pStyle w:val="1"/>
        <w:rPr>
          <w:lang w:val="ru-RU"/>
        </w:rPr>
      </w:pPr>
      <w:r w:rsidRPr="007A4E7D">
        <w:rPr>
          <w:lang w:val="ru-RU"/>
        </w:rPr>
        <w:t>8. Электронное подтверждение</w:t>
      </w:r>
    </w:p>
    <w:p w14:paraId="7813AC32" w14:textId="77777777" w:rsidR="0045391E" w:rsidRPr="007A4E7D" w:rsidRDefault="00000000">
      <w:pPr>
        <w:keepLines/>
        <w:rPr>
          <w:lang w:val="ru-RU"/>
        </w:rPr>
      </w:pPr>
      <w:r w:rsidRPr="007A4E7D">
        <w:rPr>
          <w:lang w:val="ru-RU"/>
        </w:rPr>
        <w:t>Согласие подтверждается отдельным активным действием: я устанавливаю отметку рядом со ссылкой на полный текст настоящего Согласия и отправляю форму загрузки. Оператор фиксирует редакцию, дату, время и идентификатор пользователя в объёме, необходимом для подтверждения получения согласия.</w:t>
      </w:r>
    </w:p>
    <w:p w14:paraId="25C1FF77" w14:textId="77777777" w:rsidR="0045391E" w:rsidRPr="009260B2" w:rsidRDefault="00000000">
      <w:pPr>
        <w:keepLines/>
        <w:rPr>
          <w:lang w:val="ru-RU"/>
        </w:rPr>
      </w:pPr>
      <w:r w:rsidRPr="007A4E7D">
        <w:rPr>
          <w:lang w:val="ru-RU"/>
        </w:rPr>
        <w:t>Настоящее Согласие не разрешает публиковать Документ об оплате или содержащиеся в нём сведения в открытом доступе и не является согласием на рекламные рассылки.</w:t>
      </w:r>
    </w:p>
    <w:p w14:paraId="3096471E" w14:textId="7692E730" w:rsidR="0045391E" w:rsidRPr="007A4E7D" w:rsidRDefault="0045391E">
      <w:pPr>
        <w:keepLines/>
        <w:rPr>
          <w:lang w:val="ru-RU"/>
        </w:rPr>
      </w:pPr>
    </w:p>
    <w:sectPr w:rsidR="0045391E" w:rsidRPr="007A4E7D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B342F" w14:textId="77777777" w:rsidR="00F411C0" w:rsidRDefault="00F411C0">
      <w:pPr>
        <w:spacing w:after="0" w:line="240" w:lineRule="auto"/>
      </w:pPr>
      <w:r>
        <w:separator/>
      </w:r>
    </w:p>
  </w:endnote>
  <w:endnote w:type="continuationSeparator" w:id="0">
    <w:p w14:paraId="4FB3D337" w14:textId="77777777" w:rsidR="00F411C0" w:rsidRDefault="00F41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D0FE4" w14:textId="77777777" w:rsidR="0045391E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7A4E7D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E0A5" w14:textId="77777777" w:rsidR="00F411C0" w:rsidRDefault="00F411C0">
      <w:pPr>
        <w:spacing w:after="0" w:line="240" w:lineRule="auto"/>
      </w:pPr>
      <w:r>
        <w:separator/>
      </w:r>
    </w:p>
  </w:footnote>
  <w:footnote w:type="continuationSeparator" w:id="0">
    <w:p w14:paraId="38B41672" w14:textId="77777777" w:rsidR="00F411C0" w:rsidRDefault="00F41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734286">
    <w:abstractNumId w:val="8"/>
  </w:num>
  <w:num w:numId="2" w16cid:durableId="730035905">
    <w:abstractNumId w:val="6"/>
  </w:num>
  <w:num w:numId="3" w16cid:durableId="667908102">
    <w:abstractNumId w:val="5"/>
  </w:num>
  <w:num w:numId="4" w16cid:durableId="589510113">
    <w:abstractNumId w:val="4"/>
  </w:num>
  <w:num w:numId="5" w16cid:durableId="1164321230">
    <w:abstractNumId w:val="7"/>
  </w:num>
  <w:num w:numId="6" w16cid:durableId="1386874377">
    <w:abstractNumId w:val="3"/>
  </w:num>
  <w:num w:numId="7" w16cid:durableId="799809225">
    <w:abstractNumId w:val="2"/>
  </w:num>
  <w:num w:numId="8" w16cid:durableId="1934391268">
    <w:abstractNumId w:val="1"/>
  </w:num>
  <w:num w:numId="9" w16cid:durableId="118115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0D1"/>
    <w:rsid w:val="0006063C"/>
    <w:rsid w:val="0015074B"/>
    <w:rsid w:val="0029639D"/>
    <w:rsid w:val="00326F90"/>
    <w:rsid w:val="0045391E"/>
    <w:rsid w:val="00571092"/>
    <w:rsid w:val="00591CAE"/>
    <w:rsid w:val="007A4E7D"/>
    <w:rsid w:val="00804A98"/>
    <w:rsid w:val="009260B2"/>
    <w:rsid w:val="00A10BFE"/>
    <w:rsid w:val="00AA1D8D"/>
    <w:rsid w:val="00AD6D88"/>
    <w:rsid w:val="00B35B5B"/>
    <w:rsid w:val="00B47730"/>
    <w:rsid w:val="00CB0664"/>
    <w:rsid w:val="00CE7D6B"/>
    <w:rsid w:val="00F411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DF529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</cp:keywords>
  <dc:description/>
  <cp:lastModifiedBy>Julia</cp:lastModifiedBy>
  <cp:revision>4</cp:revision>
  <dcterms:created xsi:type="dcterms:W3CDTF">2026-08-22T19:30:00Z</dcterms:created>
  <dcterms:modified xsi:type="dcterms:W3CDTF">2026-08-29T13:30:00Z</dcterms:modified>
  <cp:category/>
</cp:coreProperties>
</file>